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A83FD" w14:textId="77777777" w:rsidR="00280D50" w:rsidRDefault="004059B1">
      <w:pPr>
        <w:pStyle w:val="Titl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4A2485A" wp14:editId="75EFBB9B">
            <wp:extent cx="1636481" cy="468208"/>
            <wp:effectExtent l="0" t="0" r="1905" b="1905"/>
            <wp:docPr id="1068963774" name="Picture 1" descr="SAR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63774" name="Picture 1" descr="SARU logo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093" cy="5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3A02" w14:textId="18230098" w:rsidR="00B6222D" w:rsidRPr="00CB719F" w:rsidRDefault="00C5031D">
      <w:pPr>
        <w:pStyle w:val="Title"/>
        <w:jc w:val="center"/>
        <w:rPr>
          <w:color w:val="000000" w:themeColor="text1"/>
        </w:rPr>
      </w:pPr>
      <w:r w:rsidRPr="00CB719F">
        <w:rPr>
          <w:color w:val="000000" w:themeColor="text1"/>
        </w:rPr>
        <w:t xml:space="preserve">Easy </w:t>
      </w:r>
      <w:r w:rsidR="007327D8">
        <w:rPr>
          <w:color w:val="000000" w:themeColor="text1"/>
        </w:rPr>
        <w:t>Read</w:t>
      </w:r>
      <w:r w:rsidRPr="00CB719F">
        <w:rPr>
          <w:color w:val="000000" w:themeColor="text1"/>
        </w:rPr>
        <w:t xml:space="preserve"> submission template</w:t>
      </w:r>
    </w:p>
    <w:p w14:paraId="2E9117F9" w14:textId="77777777" w:rsidR="00B6222D" w:rsidRPr="007327D8" w:rsidRDefault="00C5031D">
      <w:pPr>
        <w:pStyle w:val="Subtitle"/>
        <w:jc w:val="center"/>
        <w:rPr>
          <w:i w:val="0"/>
          <w:iCs w:val="0"/>
          <w:color w:val="000000" w:themeColor="text1"/>
        </w:rPr>
      </w:pPr>
      <w:r w:rsidRPr="007327D8">
        <w:rPr>
          <w:i w:val="0"/>
          <w:iCs w:val="0"/>
          <w:color w:val="000000" w:themeColor="text1"/>
        </w:rPr>
        <w:t>About the new NDIS Bill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8654"/>
      </w:tblGrid>
      <w:tr w:rsidR="00B6222D" w:rsidRPr="00CB719F" w14:paraId="077DCE88" w14:textId="77777777" w:rsidTr="007327D8">
        <w:tc>
          <w:tcPr>
            <w:tcW w:w="1410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  <w:shd w:val="clear" w:color="auto" w:fill="EAF4FB"/>
          </w:tcPr>
          <w:p w14:paraId="0F517C9C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b/>
                <w:color w:val="000000" w:themeColor="text1"/>
                <w:sz w:val="24"/>
              </w:rPr>
              <w:t>To</w:t>
            </w:r>
          </w:p>
        </w:tc>
        <w:tc>
          <w:tcPr>
            <w:tcW w:w="8654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</w:tcPr>
          <w:p w14:paraId="44262C49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color w:val="000000" w:themeColor="text1"/>
                <w:sz w:val="24"/>
              </w:rPr>
              <w:t>Senate Community Affairs Legislation Committee</w:t>
            </w:r>
          </w:p>
        </w:tc>
      </w:tr>
      <w:tr w:rsidR="00B6222D" w:rsidRPr="00CB719F" w14:paraId="73EC217F" w14:textId="77777777" w:rsidTr="007327D8">
        <w:tc>
          <w:tcPr>
            <w:tcW w:w="1410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  <w:shd w:val="clear" w:color="auto" w:fill="EAF4FB"/>
          </w:tcPr>
          <w:p w14:paraId="0068DB00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b/>
                <w:color w:val="000000" w:themeColor="text1"/>
                <w:sz w:val="24"/>
              </w:rPr>
              <w:t>From</w:t>
            </w:r>
          </w:p>
        </w:tc>
        <w:tc>
          <w:tcPr>
            <w:tcW w:w="8654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</w:tcPr>
          <w:p w14:paraId="51A64D31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color w:val="000000" w:themeColor="text1"/>
                <w:sz w:val="24"/>
              </w:rPr>
              <w:t xml:space="preserve">[Name of </w:t>
            </w:r>
            <w:proofErr w:type="spellStart"/>
            <w:r w:rsidRPr="00CB719F">
              <w:rPr>
                <w:color w:val="000000" w:themeColor="text1"/>
                <w:sz w:val="24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4"/>
              </w:rPr>
              <w:t xml:space="preserve"> group]</w:t>
            </w:r>
          </w:p>
        </w:tc>
      </w:tr>
      <w:tr w:rsidR="00B6222D" w:rsidRPr="00CB719F" w14:paraId="12B76314" w14:textId="77777777" w:rsidTr="007327D8">
        <w:tc>
          <w:tcPr>
            <w:tcW w:w="1410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  <w:shd w:val="clear" w:color="auto" w:fill="EAF4FB"/>
          </w:tcPr>
          <w:p w14:paraId="44CE056A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b/>
                <w:color w:val="000000" w:themeColor="text1"/>
                <w:sz w:val="24"/>
              </w:rPr>
              <w:t>Date</w:t>
            </w:r>
          </w:p>
        </w:tc>
        <w:tc>
          <w:tcPr>
            <w:tcW w:w="8654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</w:tcPr>
          <w:p w14:paraId="2EB28C26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color w:val="000000" w:themeColor="text1"/>
                <w:sz w:val="24"/>
              </w:rPr>
              <w:t>[Date]</w:t>
            </w:r>
          </w:p>
        </w:tc>
      </w:tr>
      <w:tr w:rsidR="00B6222D" w:rsidRPr="00CB719F" w14:paraId="5C8B0D74" w14:textId="77777777" w:rsidTr="007327D8">
        <w:tc>
          <w:tcPr>
            <w:tcW w:w="1410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  <w:shd w:val="clear" w:color="auto" w:fill="EAF4FB"/>
          </w:tcPr>
          <w:p w14:paraId="20609E81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b/>
                <w:color w:val="000000" w:themeColor="text1"/>
                <w:sz w:val="24"/>
              </w:rPr>
              <w:t>Contact</w:t>
            </w:r>
          </w:p>
        </w:tc>
        <w:tc>
          <w:tcPr>
            <w:tcW w:w="8654" w:type="dxa"/>
            <w:tcBorders>
              <w:top w:val="single" w:sz="6" w:space="0" w:color="D9EAF7"/>
              <w:left w:val="single" w:sz="6" w:space="0" w:color="D9EAF7"/>
              <w:bottom w:val="single" w:sz="6" w:space="0" w:color="D9EAF7"/>
              <w:right w:val="single" w:sz="6" w:space="0" w:color="D9EAF7"/>
            </w:tcBorders>
          </w:tcPr>
          <w:p w14:paraId="35AD8318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color w:val="000000" w:themeColor="text1"/>
                <w:sz w:val="24"/>
              </w:rPr>
              <w:t>[Name, email, phone]</w:t>
            </w:r>
          </w:p>
        </w:tc>
      </w:tr>
    </w:tbl>
    <w:p w14:paraId="5D8FFDE5" w14:textId="77777777" w:rsidR="00B6222D" w:rsidRPr="00CB719F" w:rsidRDefault="00B6222D">
      <w:pPr>
        <w:rPr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054"/>
      </w:tblGrid>
      <w:tr w:rsidR="00B6222D" w:rsidRPr="00CB719F" w14:paraId="28106987" w14:textId="77777777" w:rsidTr="00DA15D8">
        <w:tc>
          <w:tcPr>
            <w:tcW w:w="10054" w:type="dxa"/>
            <w:tcBorders>
              <w:top w:val="single" w:sz="10" w:space="0" w:color="E7B000"/>
              <w:left w:val="single" w:sz="10" w:space="0" w:color="E7B000"/>
              <w:bottom w:val="single" w:sz="10" w:space="0" w:color="E7B000"/>
              <w:right w:val="single" w:sz="10" w:space="0" w:color="E7B000"/>
            </w:tcBorders>
            <w:shd w:val="clear" w:color="auto" w:fill="FFF2CC"/>
          </w:tcPr>
          <w:p w14:paraId="780C2376" w14:textId="77777777" w:rsidR="00B6222D" w:rsidRPr="00CB719F" w:rsidRDefault="00C5031D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>Important message</w:t>
            </w:r>
          </w:p>
          <w:p w14:paraId="04B96DF1" w14:textId="56B277CF" w:rsidR="00B6222D" w:rsidRPr="00CB719F" w:rsidRDefault="00C5031D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This submission </w:t>
            </w:r>
            <w:r w:rsidR="007327D8">
              <w:rPr>
                <w:color w:val="000000" w:themeColor="text1"/>
                <w:sz w:val="28"/>
                <w:szCs w:val="28"/>
              </w:rPr>
              <w:t>talks about</w:t>
            </w:r>
            <w:r w:rsidRPr="00CB719F">
              <w:rPr>
                <w:color w:val="000000" w:themeColor="text1"/>
                <w:sz w:val="28"/>
                <w:szCs w:val="28"/>
              </w:rPr>
              <w:t xml:space="preserve"> concerns about the Bill.</w:t>
            </w:r>
          </w:p>
          <w:p w14:paraId="58BB64A1" w14:textId="77777777" w:rsidR="00B6222D" w:rsidRPr="00CB719F" w:rsidRDefault="00C5031D">
            <w:pPr>
              <w:rPr>
                <w:color w:val="000000" w:themeColor="text1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It does not say we agree with the Bill.</w:t>
            </w:r>
          </w:p>
        </w:tc>
      </w:tr>
    </w:tbl>
    <w:p w14:paraId="1DB3A0E6" w14:textId="77777777" w:rsidR="000057F7" w:rsidRPr="00CB719F" w:rsidRDefault="000057F7">
      <w:pPr>
        <w:rPr>
          <w:color w:val="000000" w:themeColor="text1"/>
        </w:rPr>
      </w:pPr>
    </w:p>
    <w:p w14:paraId="4A3CC945" w14:textId="77777777" w:rsidR="000057F7" w:rsidRPr="00CB719F" w:rsidRDefault="000057F7">
      <w:pPr>
        <w:rPr>
          <w:color w:val="000000" w:themeColor="text1"/>
        </w:rPr>
      </w:pPr>
    </w:p>
    <w:p w14:paraId="14B8A1A1" w14:textId="52285300" w:rsidR="005B083F" w:rsidRPr="00CB719F" w:rsidRDefault="005B083F">
      <w:pPr>
        <w:rPr>
          <w:b/>
          <w:bCs/>
          <w:color w:val="000000" w:themeColor="text1"/>
          <w:sz w:val="28"/>
          <w:szCs w:val="28"/>
        </w:rPr>
      </w:pPr>
      <w:r w:rsidRPr="00CB719F">
        <w:rPr>
          <w:b/>
          <w:bCs/>
          <w:color w:val="000000" w:themeColor="text1"/>
          <w:sz w:val="28"/>
          <w:szCs w:val="28"/>
        </w:rPr>
        <w:t>Why we wrote this i</w:t>
      </w:r>
      <w:r w:rsidR="007327D8">
        <w:rPr>
          <w:b/>
          <w:bCs/>
          <w:color w:val="000000" w:themeColor="text1"/>
          <w:sz w:val="28"/>
          <w:szCs w:val="28"/>
        </w:rPr>
        <w:t>n</w:t>
      </w:r>
      <w:r w:rsidRPr="00CB719F">
        <w:rPr>
          <w:b/>
          <w:bCs/>
          <w:color w:val="000000" w:themeColor="text1"/>
          <w:sz w:val="28"/>
          <w:szCs w:val="28"/>
        </w:rPr>
        <w:t xml:space="preserve"> Easy English:</w:t>
      </w:r>
    </w:p>
    <w:p w14:paraId="22C18F23" w14:textId="77777777" w:rsidR="005B083F" w:rsidRPr="00CB719F" w:rsidRDefault="00DA15D8" w:rsidP="005B083F">
      <w:pPr>
        <w:spacing w:line="360" w:lineRule="auto"/>
        <w:rPr>
          <w:color w:val="000000" w:themeColor="text1"/>
          <w:sz w:val="28"/>
          <w:szCs w:val="28"/>
        </w:rPr>
      </w:pPr>
      <w:r w:rsidRPr="00CB719F">
        <w:rPr>
          <w:color w:val="000000" w:themeColor="text1"/>
          <w:sz w:val="28"/>
          <w:szCs w:val="28"/>
        </w:rPr>
        <w:t xml:space="preserve">These submissions are written in Easy English because they are for </w:t>
      </w:r>
      <w:proofErr w:type="spellStart"/>
      <w:r w:rsidRPr="00CB719F">
        <w:rPr>
          <w:color w:val="000000" w:themeColor="text1"/>
          <w:sz w:val="28"/>
          <w:szCs w:val="28"/>
        </w:rPr>
        <w:t>self advocates</w:t>
      </w:r>
      <w:proofErr w:type="spellEnd"/>
      <w:r w:rsidRPr="00CB719F">
        <w:rPr>
          <w:color w:val="000000" w:themeColor="text1"/>
          <w:sz w:val="28"/>
          <w:szCs w:val="28"/>
        </w:rPr>
        <w:t xml:space="preserve"> and people with disability. </w:t>
      </w:r>
    </w:p>
    <w:p w14:paraId="01050172" w14:textId="77777777" w:rsidR="005B083F" w:rsidRPr="00CB719F" w:rsidRDefault="00DA15D8" w:rsidP="005B083F">
      <w:pPr>
        <w:spacing w:line="360" w:lineRule="auto"/>
        <w:rPr>
          <w:color w:val="000000" w:themeColor="text1"/>
          <w:sz w:val="28"/>
          <w:szCs w:val="28"/>
        </w:rPr>
      </w:pPr>
      <w:r w:rsidRPr="00CB719F">
        <w:rPr>
          <w:color w:val="000000" w:themeColor="text1"/>
          <w:sz w:val="28"/>
          <w:szCs w:val="28"/>
        </w:rPr>
        <w:t xml:space="preserve">Many people find government information hard to read. Some people need short sentences, clear words and simple layouts to understand what changes may mean for them. </w:t>
      </w:r>
    </w:p>
    <w:p w14:paraId="1C2806DA" w14:textId="77777777" w:rsidR="005B083F" w:rsidRPr="00CB719F" w:rsidRDefault="00DA15D8" w:rsidP="005B083F">
      <w:pPr>
        <w:spacing w:line="360" w:lineRule="auto"/>
        <w:rPr>
          <w:color w:val="000000" w:themeColor="text1"/>
          <w:sz w:val="28"/>
          <w:szCs w:val="28"/>
        </w:rPr>
      </w:pPr>
      <w:r w:rsidRPr="00CB719F">
        <w:rPr>
          <w:color w:val="000000" w:themeColor="text1"/>
          <w:sz w:val="28"/>
          <w:szCs w:val="28"/>
        </w:rPr>
        <w:t xml:space="preserve">Easy English helps more people take part, have their say and speak up about the NDIS Bill. </w:t>
      </w:r>
    </w:p>
    <w:p w14:paraId="5A677D86" w14:textId="77777777" w:rsidR="005B083F" w:rsidRPr="00CB719F" w:rsidRDefault="00DA15D8" w:rsidP="005B083F">
      <w:pPr>
        <w:spacing w:line="360" w:lineRule="auto"/>
        <w:rPr>
          <w:color w:val="000000" w:themeColor="text1"/>
          <w:sz w:val="28"/>
          <w:szCs w:val="28"/>
        </w:rPr>
      </w:pPr>
      <w:r w:rsidRPr="00CB719F">
        <w:rPr>
          <w:color w:val="000000" w:themeColor="text1"/>
          <w:sz w:val="28"/>
          <w:szCs w:val="28"/>
        </w:rPr>
        <w:t xml:space="preserve">The NDIS is about our lives, our rights and our support. </w:t>
      </w:r>
    </w:p>
    <w:p w14:paraId="18AD2F3F" w14:textId="469B99C9" w:rsidR="00B6222D" w:rsidRPr="00CB719F" w:rsidRDefault="00DA15D8" w:rsidP="005B083F">
      <w:pPr>
        <w:spacing w:line="360" w:lineRule="auto"/>
        <w:rPr>
          <w:color w:val="000000" w:themeColor="text1"/>
          <w:sz w:val="28"/>
          <w:szCs w:val="28"/>
        </w:rPr>
      </w:pPr>
      <w:r w:rsidRPr="00CB719F">
        <w:rPr>
          <w:color w:val="000000" w:themeColor="text1"/>
          <w:sz w:val="28"/>
          <w:szCs w:val="28"/>
        </w:rPr>
        <w:t>We should be able to understand the information and be part of decisions that affect us.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270"/>
        <w:gridCol w:w="7105"/>
      </w:tblGrid>
      <w:tr w:rsidR="00CC6BCF" w:rsidRPr="00CB719F" w14:paraId="03A59CE3" w14:textId="77777777" w:rsidTr="00E857BA">
        <w:tc>
          <w:tcPr>
            <w:tcW w:w="2695" w:type="dxa"/>
          </w:tcPr>
          <w:p w14:paraId="241B59EA" w14:textId="20F62AAA" w:rsidR="00CC6BCF" w:rsidRPr="00CB719F" w:rsidRDefault="005D5B4B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1ECF8EB5" wp14:editId="0A1BD800">
                  <wp:simplePos x="0" y="0"/>
                  <wp:positionH relativeFrom="column">
                    <wp:posOffset>1202</wp:posOffset>
                  </wp:positionH>
                  <wp:positionV relativeFrom="page">
                    <wp:posOffset>119137</wp:posOffset>
                  </wp:positionV>
                  <wp:extent cx="1595336" cy="1595336"/>
                  <wp:effectExtent l="0" t="0" r="5080" b="5080"/>
                  <wp:wrapNone/>
                  <wp:docPr id="540713946" name="Picture 1" descr="Group of people using various disability ai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4EF248-6F8D-410B-B9E1-99AB661D80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13946" name="Picture 1" descr="Group of people using various disability aids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60" cy="15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5" w:type="dxa"/>
            <w:gridSpan w:val="2"/>
          </w:tcPr>
          <w:p w14:paraId="228A174D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About us</w:t>
            </w:r>
          </w:p>
          <w:p w14:paraId="26ACA7A9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We are [name of group].</w:t>
            </w:r>
          </w:p>
          <w:p w14:paraId="48A8CB32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We are a </w:t>
            </w: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8"/>
                <w:szCs w:val="28"/>
              </w:rPr>
              <w:t xml:space="preserve"> group.</w:t>
            </w:r>
          </w:p>
          <w:p w14:paraId="0E881DFA" w14:textId="21AD031A" w:rsidR="00CC6BCF" w:rsidRPr="00CB719F" w:rsidRDefault="003B6174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(explain who </w:t>
            </w:r>
            <w:proofErr w:type="gramStart"/>
            <w:r w:rsidRPr="00CB719F">
              <w:rPr>
                <w:color w:val="000000" w:themeColor="text1"/>
                <w:sz w:val="28"/>
                <w:szCs w:val="28"/>
              </w:rPr>
              <w:t>you</w:t>
            </w:r>
            <w:proofErr w:type="gramEnd"/>
            <w:r w:rsidRPr="00CB719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8"/>
                <w:szCs w:val="28"/>
              </w:rPr>
              <w:t xml:space="preserve"> group is)</w:t>
            </w:r>
          </w:p>
          <w:p w14:paraId="16F2A703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Many of our members use the NDIS.</w:t>
            </w:r>
          </w:p>
          <w:p w14:paraId="75FDD17D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We know what good support looks like.</w:t>
            </w:r>
          </w:p>
          <w:p w14:paraId="255A997B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We know what happens when support is not there.</w:t>
            </w:r>
          </w:p>
          <w:p w14:paraId="485518CF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3CE76E9D" w14:textId="77777777" w:rsidTr="00E857BA">
        <w:tc>
          <w:tcPr>
            <w:tcW w:w="2695" w:type="dxa"/>
          </w:tcPr>
          <w:p w14:paraId="31AB7F15" w14:textId="77777777" w:rsidR="00287831" w:rsidRPr="00CB719F" w:rsidRDefault="00287831">
            <w:pPr>
              <w:pStyle w:val="Heading1"/>
              <w:rPr>
                <w:color w:val="000000" w:themeColor="text1"/>
              </w:rPr>
            </w:pPr>
          </w:p>
          <w:p w14:paraId="03806239" w14:textId="64A0D481" w:rsidR="00CC6BCF" w:rsidRPr="00CB719F" w:rsidRDefault="00884B1C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5" behindDoc="0" locked="0" layoutInCell="1" allowOverlap="1" wp14:anchorId="3BA8E6A9" wp14:editId="116FE48A">
                  <wp:simplePos x="0" y="0"/>
                  <wp:positionH relativeFrom="column">
                    <wp:posOffset>1202</wp:posOffset>
                  </wp:positionH>
                  <wp:positionV relativeFrom="paragraph">
                    <wp:posOffset>2669013</wp:posOffset>
                  </wp:positionV>
                  <wp:extent cx="1070043" cy="1070043"/>
                  <wp:effectExtent l="0" t="0" r="0" b="0"/>
                  <wp:wrapNone/>
                  <wp:docPr id="327452918" name="Picture 11" descr="Cutting - Free business and financ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utting - Free business and financ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80" cy="107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6" behindDoc="0" locked="0" layoutInCell="1" allowOverlap="1" wp14:anchorId="380187B0" wp14:editId="51272ED5">
                  <wp:simplePos x="0" y="0"/>
                  <wp:positionH relativeFrom="column">
                    <wp:posOffset>1202</wp:posOffset>
                  </wp:positionH>
                  <wp:positionV relativeFrom="paragraph">
                    <wp:posOffset>23090</wp:posOffset>
                  </wp:positionV>
                  <wp:extent cx="1420239" cy="1139991"/>
                  <wp:effectExtent l="0" t="0" r="2540" b="3175"/>
                  <wp:wrapNone/>
                  <wp:docPr id="1549220821" name="Picture 14" descr="Exclamation mark sign. Caution icon. Danger and warning symbol. Attention  icon isolated on white background. 48892365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xclamation mark sign. Caution icon. Danger and warning symbol. Attention  icon isolated on white background. 48892365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90" cy="11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5" w:type="dxa"/>
            <w:gridSpan w:val="2"/>
          </w:tcPr>
          <w:p w14:paraId="6C2764F5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Our main message</w:t>
            </w:r>
          </w:p>
          <w:p w14:paraId="2E04A957" w14:textId="458DD9F6" w:rsidR="00D471B8" w:rsidRPr="00CB719F" w:rsidRDefault="00D471B8" w:rsidP="00D471B8">
            <w:pPr>
              <w:spacing w:after="160" w:line="278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rFonts w:cs="Aptos"/>
                <w:color w:val="000000" w:themeColor="text1"/>
                <w:sz w:val="28"/>
                <w:szCs w:val="28"/>
              </w:rPr>
              <w:t xml:space="preserve">We are worried the changes the government wants to make to NDIS laws </w:t>
            </w:r>
            <w:r w:rsidR="007B34A2" w:rsidRPr="00CB719F">
              <w:rPr>
                <w:rFonts w:cs="Aptos"/>
                <w:color w:val="000000" w:themeColor="text1"/>
                <w:sz w:val="28"/>
                <w:szCs w:val="28"/>
              </w:rPr>
              <w:t>will</w:t>
            </w:r>
            <w:r w:rsidRPr="00CB719F">
              <w:rPr>
                <w:rFonts w:cs="Aptos"/>
                <w:color w:val="000000" w:themeColor="text1"/>
                <w:sz w:val="28"/>
                <w:szCs w:val="28"/>
              </w:rPr>
              <w:t>:</w:t>
            </w:r>
            <w:r w:rsidRPr="00CB719F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2297E6B5" w14:textId="77777777" w:rsidR="000C0380" w:rsidRPr="00CB719F" w:rsidRDefault="000C0380" w:rsidP="000C0380">
            <w:pPr>
              <w:numPr>
                <w:ilvl w:val="0"/>
                <w:numId w:val="10"/>
              </w:numPr>
              <w:spacing w:after="160" w:line="278" w:lineRule="auto"/>
              <w:rPr>
                <w:rFonts w:cs="Aptos"/>
                <w:color w:val="000000" w:themeColor="text1"/>
                <w:sz w:val="28"/>
                <w:szCs w:val="28"/>
                <w:lang w:val="en-AU"/>
              </w:rPr>
            </w:pPr>
            <w:r w:rsidRPr="00CB719F"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>Put people with disability in danger</w:t>
            </w:r>
          </w:p>
          <w:p w14:paraId="387A8280" w14:textId="77777777" w:rsidR="000C0380" w:rsidRPr="00CB719F" w:rsidRDefault="000C0380" w:rsidP="000C0380">
            <w:pPr>
              <w:numPr>
                <w:ilvl w:val="0"/>
                <w:numId w:val="10"/>
              </w:numPr>
              <w:spacing w:after="160" w:line="278" w:lineRule="auto"/>
              <w:rPr>
                <w:rFonts w:cs="Aptos"/>
                <w:color w:val="000000" w:themeColor="text1"/>
                <w:sz w:val="28"/>
                <w:szCs w:val="28"/>
                <w:lang w:val="en-AU"/>
              </w:rPr>
            </w:pPr>
            <w:r w:rsidRPr="00CB719F"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>Hurt people's physical health and mental health</w:t>
            </w:r>
          </w:p>
          <w:p w14:paraId="4EED2CAF" w14:textId="2D820565" w:rsidR="000C0380" w:rsidRPr="00CB719F" w:rsidRDefault="00DE7466" w:rsidP="000C0380">
            <w:pPr>
              <w:numPr>
                <w:ilvl w:val="0"/>
                <w:numId w:val="10"/>
              </w:numPr>
              <w:spacing w:after="160" w:line="278" w:lineRule="auto"/>
              <w:rPr>
                <w:rFonts w:cs="Aptos"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>Put</w:t>
            </w:r>
            <w:r w:rsidR="000C0380" w:rsidRPr="00CB719F"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 xml:space="preserve"> people's safety and human rights</w:t>
            </w:r>
            <w:r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 xml:space="preserve"> at risk</w:t>
            </w:r>
          </w:p>
          <w:p w14:paraId="7BD81AA6" w14:textId="7B684693" w:rsidR="000C0380" w:rsidRPr="00CB719F" w:rsidRDefault="000C0380" w:rsidP="000C0380">
            <w:pPr>
              <w:numPr>
                <w:ilvl w:val="0"/>
                <w:numId w:val="10"/>
              </w:numPr>
              <w:spacing w:after="160" w:line="278" w:lineRule="auto"/>
              <w:rPr>
                <w:rFonts w:cs="Aptos"/>
                <w:color w:val="000000" w:themeColor="text1"/>
                <w:sz w:val="28"/>
                <w:szCs w:val="28"/>
                <w:lang w:val="en-AU"/>
              </w:rPr>
            </w:pPr>
            <w:r w:rsidRPr="00CB719F">
              <w:rPr>
                <w:rFonts w:cs="Aptos"/>
                <w:color w:val="000000" w:themeColor="text1"/>
                <w:sz w:val="28"/>
                <w:szCs w:val="28"/>
                <w:lang w:val="en-AU"/>
              </w:rPr>
              <w:t>Stop people getting what they need to live their lives</w:t>
            </w:r>
          </w:p>
          <w:p w14:paraId="7FB7833C" w14:textId="77777777" w:rsidR="000C0380" w:rsidRPr="00CB719F" w:rsidRDefault="000C0380" w:rsidP="00D471B8">
            <w:pPr>
              <w:spacing w:after="160" w:line="278" w:lineRule="auto"/>
              <w:rPr>
                <w:rFonts w:cs="Aptos"/>
                <w:color w:val="000000" w:themeColor="text1"/>
                <w:sz w:val="28"/>
                <w:szCs w:val="28"/>
              </w:rPr>
            </w:pPr>
          </w:p>
          <w:p w14:paraId="74CE52F0" w14:textId="50E187F9" w:rsidR="00CC6BCF" w:rsidRPr="00CB719F" w:rsidRDefault="00CC6BCF" w:rsidP="00E251C7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We are worried the new Bill</w:t>
            </w:r>
            <w:r w:rsidR="004128C8" w:rsidRPr="00CB719F">
              <w:rPr>
                <w:color w:val="000000" w:themeColor="text1"/>
                <w:sz w:val="28"/>
                <w:szCs w:val="28"/>
              </w:rPr>
              <w:t xml:space="preserve"> w</w:t>
            </w:r>
            <w:r w:rsidR="00F465BD" w:rsidRPr="00CB719F">
              <w:rPr>
                <w:color w:val="000000" w:themeColor="text1"/>
                <w:sz w:val="28"/>
                <w:szCs w:val="28"/>
              </w:rPr>
              <w:t>ill</w:t>
            </w:r>
            <w:r w:rsidRPr="00CB719F">
              <w:rPr>
                <w:color w:val="000000" w:themeColor="text1"/>
                <w:sz w:val="28"/>
                <w:szCs w:val="28"/>
              </w:rPr>
              <w:t xml:space="preserve"> mean people:</w:t>
            </w:r>
          </w:p>
          <w:p w14:paraId="2A50B5ED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lose support they need</w:t>
            </w:r>
          </w:p>
          <w:p w14:paraId="75601EC9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get less support to go out in the community</w:t>
            </w:r>
          </w:p>
          <w:p w14:paraId="0389EF1F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have less choice and control</w:t>
            </w:r>
          </w:p>
          <w:p w14:paraId="5DA73387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are not listened to in assessments</w:t>
            </w:r>
          </w:p>
          <w:p w14:paraId="7270B5E1" w14:textId="77777777" w:rsidR="00CC6BC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cannot get help when their life changes</w:t>
            </w:r>
          </w:p>
          <w:p w14:paraId="534572CB" w14:textId="77777777" w:rsidR="00E251C7" w:rsidRPr="00CB719F" w:rsidRDefault="00E251C7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/>
              <w:rPr>
                <w:color w:val="000000" w:themeColor="text1"/>
                <w:sz w:val="28"/>
                <w:szCs w:val="28"/>
              </w:rPr>
            </w:pPr>
          </w:p>
          <w:p w14:paraId="68FE71E5" w14:textId="77777777" w:rsidR="00CC6BCF" w:rsidRPr="00CB719F" w:rsidRDefault="00CC6BCF" w:rsidP="00E251C7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People with disability must be part of all decisions about the NDIS.</w:t>
            </w:r>
          </w:p>
          <w:p w14:paraId="04645375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>Nothing about us without us.</w:t>
            </w:r>
          </w:p>
          <w:p w14:paraId="6F44C932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023B7446" w14:textId="77777777" w:rsidTr="00FC11FE">
        <w:tc>
          <w:tcPr>
            <w:tcW w:w="2965" w:type="dxa"/>
            <w:gridSpan w:val="2"/>
          </w:tcPr>
          <w:p w14:paraId="0BC4450A" w14:textId="4BBF3E6F" w:rsidR="00790D3C" w:rsidRPr="00CB719F" w:rsidRDefault="00AA2543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60F2C0FC" wp14:editId="77F29B4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291632</wp:posOffset>
                  </wp:positionV>
                  <wp:extent cx="1727200" cy="1727200"/>
                  <wp:effectExtent l="0" t="0" r="0" b="0"/>
                  <wp:wrapNone/>
                  <wp:docPr id="1874274669" name="Picture 1" descr="A clock with a warning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74669" name="Picture 1" descr="A clock with a warning symbol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A90" w:rsidRPr="00CB719F">
              <w:rPr>
                <w:noProof/>
                <w:color w:val="000000" w:themeColor="text1"/>
              </w:rPr>
              <w:t xml:space="preserve"> </w:t>
            </w:r>
          </w:p>
          <w:p w14:paraId="49D6220B" w14:textId="3578A188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  <w:p w14:paraId="158B42A5" w14:textId="5D48FDF2" w:rsidR="00AA2543" w:rsidRPr="00CB719F" w:rsidRDefault="00884B1C" w:rsidP="00AA2543">
            <w:pPr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2" behindDoc="0" locked="0" layoutInCell="1" allowOverlap="1" wp14:anchorId="7FE6C8FE" wp14:editId="5896D20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1480820</wp:posOffset>
                  </wp:positionV>
                  <wp:extent cx="1653703" cy="1653703"/>
                  <wp:effectExtent l="0" t="0" r="0" b="0"/>
                  <wp:wrapNone/>
                  <wp:docPr id="1999925750" name="Picture 1" descr="Page with text saying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925750" name="Picture 1" descr="Page with text saying Easy rea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03" cy="165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5" w:type="dxa"/>
          </w:tcPr>
          <w:p w14:paraId="09C3CB2B" w14:textId="7FE7D010" w:rsidR="00CC6BCF" w:rsidRPr="00CB719F" w:rsidRDefault="00CC6BCF" w:rsidP="00E251C7">
            <w:pPr>
              <w:pStyle w:val="Heading1"/>
              <w:spacing w:line="276" w:lineRule="auto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Key facts about the Bill</w:t>
            </w:r>
          </w:p>
          <w:p w14:paraId="3755D6FC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 Bill was introduced to Parliament in May 2026.</w:t>
            </w:r>
          </w:p>
          <w:p w14:paraId="73255B62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 Senate Committee is looking at the Bill now.</w:t>
            </w:r>
          </w:p>
          <w:p w14:paraId="7B2FB6A2" w14:textId="77777777" w:rsidR="00CC6BCF" w:rsidRPr="00CB719F" w:rsidRDefault="00CC6BCF" w:rsidP="00E251C7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Submissions close on 29 May 2026.</w:t>
            </w:r>
          </w:p>
          <w:p w14:paraId="64C31D98" w14:textId="77777777" w:rsidR="00F1072F" w:rsidRPr="00CB719F" w:rsidRDefault="00F1072F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 w:hanging="360"/>
              <w:rPr>
                <w:color w:val="000000" w:themeColor="text1"/>
                <w:sz w:val="28"/>
                <w:szCs w:val="28"/>
              </w:rPr>
            </w:pPr>
          </w:p>
          <w:p w14:paraId="477DA184" w14:textId="5738677C" w:rsidR="00335EFB" w:rsidRDefault="00F57339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 w:hanging="36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244A4">
              <w:rPr>
                <w:b/>
                <w:bCs/>
                <w:color w:val="000000" w:themeColor="text1"/>
                <w:sz w:val="28"/>
                <w:szCs w:val="28"/>
              </w:rPr>
              <w:t>This bill is</w:t>
            </w:r>
            <w:r w:rsidR="001244A4" w:rsidRPr="001244A4">
              <w:rPr>
                <w:b/>
                <w:bCs/>
                <w:color w:val="000000" w:themeColor="text1"/>
                <w:sz w:val="28"/>
                <w:szCs w:val="28"/>
              </w:rPr>
              <w:t xml:space="preserve"> rushed</w:t>
            </w:r>
            <w:r w:rsidR="00F1072F" w:rsidRPr="001244A4">
              <w:rPr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  <w:p w14:paraId="160B04D2" w14:textId="77777777" w:rsidR="00C118C3" w:rsidRPr="001244A4" w:rsidRDefault="00C118C3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 w:hanging="360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53AA79AA" w14:textId="4AF517A9" w:rsidR="00F1072F" w:rsidRPr="00CB719F" w:rsidRDefault="00F1072F" w:rsidP="00E251C7">
            <w:pPr>
              <w:pStyle w:val="ListBullet"/>
              <w:numPr>
                <w:ilvl w:val="0"/>
                <w:numId w:val="11"/>
              </w:numPr>
              <w:spacing w:after="80"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This bill is rushed and we do not have time to </w:t>
            </w:r>
            <w:r w:rsidR="001244A4">
              <w:rPr>
                <w:color w:val="000000" w:themeColor="text1"/>
                <w:sz w:val="28"/>
                <w:szCs w:val="28"/>
              </w:rPr>
              <w:t xml:space="preserve">properly </w:t>
            </w:r>
            <w:r w:rsidR="00DD1325">
              <w:rPr>
                <w:color w:val="000000" w:themeColor="text1"/>
                <w:sz w:val="28"/>
                <w:szCs w:val="28"/>
              </w:rPr>
              <w:t xml:space="preserve">understand how this will </w:t>
            </w:r>
            <w:proofErr w:type="spellStart"/>
            <w:proofErr w:type="gramStart"/>
            <w:r w:rsidR="00DD1325">
              <w:rPr>
                <w:color w:val="000000" w:themeColor="text1"/>
                <w:sz w:val="28"/>
                <w:szCs w:val="28"/>
              </w:rPr>
              <w:t>effect</w:t>
            </w:r>
            <w:proofErr w:type="gramEnd"/>
            <w:r w:rsidR="00DD1325">
              <w:rPr>
                <w:color w:val="000000" w:themeColor="text1"/>
                <w:sz w:val="28"/>
                <w:szCs w:val="28"/>
              </w:rPr>
              <w:t xml:space="preserve"> us</w:t>
            </w:r>
            <w:proofErr w:type="spellEnd"/>
            <w:r w:rsidR="00DD1325">
              <w:rPr>
                <w:color w:val="000000" w:themeColor="text1"/>
                <w:sz w:val="28"/>
                <w:szCs w:val="28"/>
              </w:rPr>
              <w:t xml:space="preserve"> and to speak up about this</w:t>
            </w:r>
          </w:p>
          <w:p w14:paraId="0E55CFDE" w14:textId="1873B2D1" w:rsidR="00D818F5" w:rsidRPr="00CB719F" w:rsidRDefault="00D818F5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720"/>
              <w:rPr>
                <w:color w:val="000000" w:themeColor="text1"/>
                <w:sz w:val="28"/>
                <w:szCs w:val="28"/>
              </w:rPr>
            </w:pPr>
          </w:p>
          <w:p w14:paraId="4C847132" w14:textId="58D6661A" w:rsidR="00D818F5" w:rsidRPr="00F57339" w:rsidRDefault="00433DD7" w:rsidP="00F57339">
            <w:pPr>
              <w:pStyle w:val="ListBullet"/>
              <w:numPr>
                <w:ilvl w:val="0"/>
                <w:numId w:val="11"/>
              </w:numPr>
              <w:spacing w:after="80" w:line="276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</w:t>
            </w:r>
            <w:r w:rsidR="0019254A" w:rsidRPr="00CB719F">
              <w:rPr>
                <w:color w:val="000000" w:themeColor="text1"/>
                <w:sz w:val="28"/>
                <w:szCs w:val="28"/>
              </w:rPr>
              <w:t>cates</w:t>
            </w:r>
            <w:proofErr w:type="spellEnd"/>
            <w:r w:rsidR="0019254A" w:rsidRPr="00CB719F">
              <w:rPr>
                <w:color w:val="000000" w:themeColor="text1"/>
                <w:sz w:val="28"/>
                <w:szCs w:val="28"/>
              </w:rPr>
              <w:t xml:space="preserve"> </w:t>
            </w:r>
            <w:r w:rsidR="00C9188B" w:rsidRPr="00CB719F">
              <w:rPr>
                <w:color w:val="000000" w:themeColor="text1"/>
                <w:sz w:val="28"/>
                <w:szCs w:val="28"/>
              </w:rPr>
              <w:t>NEED accessible information</w:t>
            </w:r>
            <w:r w:rsidR="00724115">
              <w:rPr>
                <w:color w:val="000000" w:themeColor="text1"/>
                <w:sz w:val="28"/>
                <w:szCs w:val="28"/>
              </w:rPr>
              <w:t>, like things in</w:t>
            </w:r>
            <w:r w:rsidR="00C9188B" w:rsidRPr="00CB719F">
              <w:rPr>
                <w:color w:val="000000" w:themeColor="text1"/>
                <w:sz w:val="28"/>
                <w:szCs w:val="28"/>
              </w:rPr>
              <w:t xml:space="preserve"> easy read and time to </w:t>
            </w:r>
            <w:r w:rsidR="00B06003">
              <w:rPr>
                <w:color w:val="000000" w:themeColor="text1"/>
                <w:sz w:val="28"/>
                <w:szCs w:val="28"/>
              </w:rPr>
              <w:t>think and say</w:t>
            </w:r>
            <w:r w:rsidR="00D7380B" w:rsidRPr="00CB719F">
              <w:rPr>
                <w:color w:val="000000" w:themeColor="text1"/>
                <w:sz w:val="28"/>
                <w:szCs w:val="28"/>
              </w:rPr>
              <w:t xml:space="preserve"> </w:t>
            </w:r>
            <w:r w:rsidR="00B06003">
              <w:rPr>
                <w:color w:val="000000" w:themeColor="text1"/>
                <w:sz w:val="28"/>
                <w:szCs w:val="28"/>
              </w:rPr>
              <w:t>how these</w:t>
            </w:r>
            <w:r w:rsidR="00D7380B" w:rsidRPr="00CB719F">
              <w:rPr>
                <w:color w:val="000000" w:themeColor="text1"/>
                <w:sz w:val="28"/>
                <w:szCs w:val="28"/>
              </w:rPr>
              <w:t xml:space="preserve"> changes</w:t>
            </w:r>
            <w:r w:rsidR="00B06003">
              <w:rPr>
                <w:color w:val="000000" w:themeColor="text1"/>
                <w:sz w:val="28"/>
                <w:szCs w:val="28"/>
              </w:rPr>
              <w:t xml:space="preserve"> will </w:t>
            </w:r>
            <w:proofErr w:type="spellStart"/>
            <w:proofErr w:type="gramStart"/>
            <w:r w:rsidR="00B06003">
              <w:rPr>
                <w:color w:val="000000" w:themeColor="text1"/>
                <w:sz w:val="28"/>
                <w:szCs w:val="28"/>
              </w:rPr>
              <w:t>effect</w:t>
            </w:r>
            <w:proofErr w:type="gramEnd"/>
            <w:r w:rsidR="00B06003">
              <w:rPr>
                <w:color w:val="000000" w:themeColor="text1"/>
                <w:sz w:val="28"/>
                <w:szCs w:val="28"/>
              </w:rPr>
              <w:t xml:space="preserve"> us</w:t>
            </w:r>
            <w:proofErr w:type="spellEnd"/>
            <w:r w:rsidR="00485B6A" w:rsidRPr="00CB719F">
              <w:rPr>
                <w:color w:val="000000" w:themeColor="text1"/>
                <w:sz w:val="28"/>
                <w:szCs w:val="28"/>
              </w:rPr>
              <w:t>.</w:t>
            </w:r>
          </w:p>
          <w:p w14:paraId="43270F58" w14:textId="77777777" w:rsidR="00D818F5" w:rsidRPr="00CB719F" w:rsidRDefault="00D818F5" w:rsidP="00E251C7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720"/>
              <w:rPr>
                <w:color w:val="000000" w:themeColor="text1"/>
                <w:sz w:val="28"/>
                <w:szCs w:val="28"/>
              </w:rPr>
            </w:pPr>
          </w:p>
          <w:p w14:paraId="3D69E7BC" w14:textId="77777777" w:rsidR="00C118C3" w:rsidRDefault="00A25189" w:rsidP="00E251C7">
            <w:pPr>
              <w:pStyle w:val="ListBullet"/>
              <w:numPr>
                <w:ilvl w:val="0"/>
                <w:numId w:val="11"/>
              </w:numPr>
              <w:spacing w:after="80"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Because this bill is rushed, SARU helped </w:t>
            </w:r>
            <w:r w:rsidR="00400D67">
              <w:rPr>
                <w:color w:val="000000" w:themeColor="text1"/>
                <w:sz w:val="28"/>
                <w:szCs w:val="28"/>
              </w:rPr>
              <w:t xml:space="preserve">us write lots of this submission. </w:t>
            </w:r>
          </w:p>
          <w:p w14:paraId="22EBDC3C" w14:textId="77777777" w:rsidR="00C118C3" w:rsidRDefault="00C118C3" w:rsidP="00C118C3">
            <w:pPr>
              <w:pStyle w:val="ListParagraph"/>
              <w:rPr>
                <w:color w:val="000000" w:themeColor="text1"/>
                <w:sz w:val="28"/>
                <w:szCs w:val="28"/>
              </w:rPr>
            </w:pPr>
          </w:p>
          <w:p w14:paraId="0742C125" w14:textId="5377FE76" w:rsidR="00D818F5" w:rsidRPr="00CB719F" w:rsidRDefault="00400D67" w:rsidP="00C118C3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72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But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</w:t>
            </w:r>
            <w:r w:rsidR="00D818F5" w:rsidRPr="00CB719F">
              <w:rPr>
                <w:color w:val="000000" w:themeColor="text1"/>
                <w:sz w:val="28"/>
                <w:szCs w:val="28"/>
              </w:rPr>
              <w:t>elf advocates</w:t>
            </w:r>
            <w:proofErr w:type="spellEnd"/>
            <w:r w:rsidR="00D818F5" w:rsidRPr="00CB719F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should be given time</w:t>
            </w:r>
            <w:r w:rsidR="0007594F">
              <w:rPr>
                <w:color w:val="000000" w:themeColor="text1"/>
                <w:sz w:val="28"/>
                <w:szCs w:val="28"/>
              </w:rPr>
              <w:t xml:space="preserve"> and support</w:t>
            </w:r>
            <w:r>
              <w:rPr>
                <w:color w:val="000000" w:themeColor="text1"/>
                <w:sz w:val="28"/>
                <w:szCs w:val="28"/>
              </w:rPr>
              <w:t xml:space="preserve"> to lead this work</w:t>
            </w:r>
            <w:r w:rsidR="005B49D9">
              <w:rPr>
                <w:color w:val="000000" w:themeColor="text1"/>
                <w:sz w:val="28"/>
                <w:szCs w:val="28"/>
              </w:rPr>
              <w:t xml:space="preserve"> instead.</w:t>
            </w:r>
          </w:p>
          <w:p w14:paraId="0D730225" w14:textId="77777777" w:rsidR="00D818F5" w:rsidRPr="005B49D9" w:rsidRDefault="00D818F5" w:rsidP="005B49D9">
            <w:pPr>
              <w:rPr>
                <w:color w:val="000000" w:themeColor="text1"/>
                <w:sz w:val="28"/>
                <w:szCs w:val="28"/>
              </w:rPr>
            </w:pPr>
          </w:p>
          <w:p w14:paraId="46E95655" w14:textId="77777777" w:rsidR="00CC6BCF" w:rsidRDefault="00CC6BCF" w:rsidP="005B49D9">
            <w:pPr>
              <w:pStyle w:val="ListBullet"/>
              <w:numPr>
                <w:ilvl w:val="0"/>
                <w:numId w:val="0"/>
              </w:numPr>
              <w:spacing w:after="80" w:line="276" w:lineRule="auto"/>
              <w:rPr>
                <w:color w:val="000000" w:themeColor="text1"/>
              </w:rPr>
            </w:pPr>
          </w:p>
          <w:p w14:paraId="5A4535B5" w14:textId="77777777" w:rsidR="005B49D9" w:rsidRDefault="005B49D9" w:rsidP="005B49D9">
            <w:pPr>
              <w:pStyle w:val="ListBullet"/>
              <w:numPr>
                <w:ilvl w:val="0"/>
                <w:numId w:val="0"/>
              </w:numPr>
              <w:spacing w:after="80" w:line="276" w:lineRule="auto"/>
              <w:rPr>
                <w:color w:val="000000" w:themeColor="text1"/>
              </w:rPr>
            </w:pPr>
          </w:p>
          <w:p w14:paraId="1A8883F8" w14:textId="6B8426D3" w:rsidR="005B49D9" w:rsidRPr="00CB719F" w:rsidRDefault="005B49D9" w:rsidP="005B49D9">
            <w:pPr>
              <w:pStyle w:val="ListBullet"/>
              <w:numPr>
                <w:ilvl w:val="0"/>
                <w:numId w:val="0"/>
              </w:numPr>
              <w:spacing w:after="80" w:line="276" w:lineRule="auto"/>
              <w:rPr>
                <w:color w:val="000000" w:themeColor="text1"/>
              </w:rPr>
            </w:pPr>
          </w:p>
        </w:tc>
      </w:tr>
      <w:tr w:rsidR="00CC6BCF" w:rsidRPr="00CB719F" w14:paraId="338D68A5" w14:textId="77777777" w:rsidTr="00FC11FE">
        <w:tc>
          <w:tcPr>
            <w:tcW w:w="2965" w:type="dxa"/>
            <w:gridSpan w:val="2"/>
          </w:tcPr>
          <w:p w14:paraId="6B107B35" w14:textId="462EE2D2" w:rsidR="00CC6BCF" w:rsidRPr="00CB719F" w:rsidRDefault="007509ED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7AEDA0E3" wp14:editId="6641156E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123190</wp:posOffset>
                  </wp:positionV>
                  <wp:extent cx="1625600" cy="1625600"/>
                  <wp:effectExtent l="0" t="0" r="0" b="0"/>
                  <wp:wrapNone/>
                  <wp:docPr id="1586794609" name="Picture 1" descr="People in a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794609" name="Picture 1" descr="People in a park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CCDBF" w14:textId="50FBEEF8" w:rsidR="002F58C5" w:rsidRPr="00CB719F" w:rsidRDefault="002F58C5" w:rsidP="002F58C5">
            <w:pPr>
              <w:rPr>
                <w:color w:val="000000" w:themeColor="text1"/>
              </w:rPr>
            </w:pPr>
          </w:p>
          <w:p w14:paraId="3DE8573B" w14:textId="299C3251" w:rsidR="008739FC" w:rsidRPr="00CB719F" w:rsidRDefault="00FC11FE" w:rsidP="002F58C5">
            <w:pPr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1" behindDoc="0" locked="0" layoutInCell="1" allowOverlap="1" wp14:anchorId="6A0DBB05" wp14:editId="00E7AF11">
                  <wp:simplePos x="0" y="0"/>
                  <wp:positionH relativeFrom="column">
                    <wp:posOffset>433</wp:posOffset>
                  </wp:positionH>
                  <wp:positionV relativeFrom="paragraph">
                    <wp:posOffset>1132974</wp:posOffset>
                  </wp:positionV>
                  <wp:extent cx="1683085" cy="1683085"/>
                  <wp:effectExtent l="0" t="0" r="0" b="0"/>
                  <wp:wrapNone/>
                  <wp:docPr id="38067613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7613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35" cy="168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62A097B8" wp14:editId="4499077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2933700</wp:posOffset>
                  </wp:positionV>
                  <wp:extent cx="1676400" cy="1676400"/>
                  <wp:effectExtent l="0" t="0" r="0" b="0"/>
                  <wp:wrapNone/>
                  <wp:docPr id="2049295822" name="Picture 1" descr="A person inside a room viewed through a three-pane window set in a brick wall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95822" name="Picture 1" descr="A person inside a room viewed through a three-pane window set in a brick wall. &#10;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5" w:type="dxa"/>
          </w:tcPr>
          <w:p w14:paraId="0331EE8F" w14:textId="523A50E0" w:rsidR="00CC6BCF" w:rsidRPr="00CB719F" w:rsidRDefault="00B35476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 xml:space="preserve">Social and </w:t>
            </w:r>
            <w:r w:rsidR="00CC6BCF" w:rsidRPr="00CB719F">
              <w:rPr>
                <w:color w:val="000000" w:themeColor="text1"/>
              </w:rPr>
              <w:t>Community support must not be cut</w:t>
            </w:r>
          </w:p>
          <w:p w14:paraId="2D99A80F" w14:textId="74CFA8B7" w:rsidR="00CC6BCF" w:rsidRPr="00CB719F" w:rsidRDefault="00B35476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Social and </w:t>
            </w:r>
            <w:r w:rsidR="00CC6BCF" w:rsidRPr="00CB719F">
              <w:rPr>
                <w:color w:val="000000" w:themeColor="text1"/>
                <w:sz w:val="28"/>
                <w:szCs w:val="28"/>
              </w:rPr>
              <w:t>Community support is very important.</w:t>
            </w:r>
          </w:p>
          <w:p w14:paraId="7AD1258F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It helps people:</w:t>
            </w:r>
          </w:p>
          <w:p w14:paraId="2FD0332A" w14:textId="4171EBF0" w:rsidR="002C04A2" w:rsidRPr="00CB719F" w:rsidRDefault="005A5971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do things outside of</w:t>
            </w:r>
            <w:r w:rsidR="002C04A2" w:rsidRPr="00CB719F">
              <w:rPr>
                <w:color w:val="000000" w:themeColor="text1"/>
                <w:sz w:val="28"/>
                <w:szCs w:val="28"/>
              </w:rPr>
              <w:t xml:space="preserve"> the ho</w:t>
            </w:r>
            <w:r w:rsidRPr="00CB719F">
              <w:rPr>
                <w:color w:val="000000" w:themeColor="text1"/>
                <w:sz w:val="28"/>
                <w:szCs w:val="28"/>
              </w:rPr>
              <w:t xml:space="preserve">me they need to do to </w:t>
            </w:r>
          </w:p>
          <w:p w14:paraId="5F2302FB" w14:textId="18FB47C1" w:rsidR="009E43B6" w:rsidRPr="0007594F" w:rsidRDefault="005A5971" w:rsidP="0007594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m</w:t>
            </w:r>
            <w:r w:rsidR="002C04A2" w:rsidRPr="00CB719F">
              <w:rPr>
                <w:color w:val="000000" w:themeColor="text1"/>
                <w:sz w:val="28"/>
                <w:szCs w:val="28"/>
              </w:rPr>
              <w:t>ake and see friends</w:t>
            </w:r>
          </w:p>
          <w:p w14:paraId="57976451" w14:textId="2750BB02" w:rsidR="002C04A2" w:rsidRPr="00CB719F" w:rsidRDefault="005A5971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go to appointments and go shopping</w:t>
            </w:r>
          </w:p>
          <w:p w14:paraId="449AD530" w14:textId="53885275" w:rsidR="00CC6BCF" w:rsidRPr="00CB719F" w:rsidRDefault="00CC6BCF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go to </w:t>
            </w: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8"/>
                <w:szCs w:val="28"/>
              </w:rPr>
              <w:t xml:space="preserve"> groups</w:t>
            </w:r>
          </w:p>
          <w:p w14:paraId="00B18A0A" w14:textId="77777777" w:rsidR="00CC6BCF" w:rsidRPr="00CB719F" w:rsidRDefault="00CC6BCF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learn skills</w:t>
            </w:r>
          </w:p>
          <w:p w14:paraId="215D6176" w14:textId="77777777" w:rsidR="00CC6BCF" w:rsidRPr="00CB719F" w:rsidRDefault="00CC6BCF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use transport</w:t>
            </w:r>
          </w:p>
          <w:p w14:paraId="1670AC62" w14:textId="77777777" w:rsidR="00CC6BCF" w:rsidRPr="00CB719F" w:rsidRDefault="00CC6BCF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join the community</w:t>
            </w:r>
          </w:p>
          <w:p w14:paraId="7B91EE22" w14:textId="3BAF5D31" w:rsidR="00CC6BCF" w:rsidRDefault="00CC6BCF" w:rsidP="00CC6BCF">
            <w:pPr>
              <w:pStyle w:val="ListBullet"/>
              <w:spacing w:after="80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speak up </w:t>
            </w:r>
          </w:p>
          <w:p w14:paraId="0D7EBD7C" w14:textId="77777777" w:rsidR="0007594F" w:rsidRPr="00CB719F" w:rsidRDefault="0007594F" w:rsidP="0007594F">
            <w:pPr>
              <w:pStyle w:val="ListBullet"/>
              <w:numPr>
                <w:ilvl w:val="0"/>
                <w:numId w:val="0"/>
              </w:numPr>
              <w:spacing w:after="80"/>
              <w:ind w:left="360"/>
              <w:rPr>
                <w:color w:val="000000" w:themeColor="text1"/>
                <w:sz w:val="28"/>
                <w:szCs w:val="28"/>
              </w:rPr>
            </w:pPr>
          </w:p>
          <w:p w14:paraId="286999F2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This support is not extra.</w:t>
            </w:r>
          </w:p>
          <w:p w14:paraId="76439BAC" w14:textId="77777777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It helps people have a real life.</w:t>
            </w:r>
          </w:p>
          <w:p w14:paraId="165DCB66" w14:textId="77777777" w:rsidR="009E43B6" w:rsidRPr="00CB719F" w:rsidRDefault="009E43B6" w:rsidP="00CC6BCF">
            <w:pPr>
              <w:rPr>
                <w:color w:val="000000" w:themeColor="text1"/>
                <w:sz w:val="28"/>
                <w:szCs w:val="28"/>
              </w:rPr>
            </w:pPr>
          </w:p>
          <w:p w14:paraId="1AB80F9F" w14:textId="3F82C21E" w:rsidR="00CC6BCF" w:rsidRPr="00CB719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Without it, people may be stuck at home.</w:t>
            </w:r>
          </w:p>
          <w:p w14:paraId="223BFD16" w14:textId="77777777" w:rsidR="00CC6BCF" w:rsidRDefault="00CC6BCF" w:rsidP="00CC6BCF">
            <w:pPr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They may become lonely or unsafe.</w:t>
            </w:r>
          </w:p>
          <w:p w14:paraId="32C5A5A6" w14:textId="77777777" w:rsidR="0007594F" w:rsidRPr="00CB719F" w:rsidRDefault="0007594F" w:rsidP="00CC6BCF">
            <w:pPr>
              <w:rPr>
                <w:color w:val="000000" w:themeColor="text1"/>
                <w:sz w:val="28"/>
                <w:szCs w:val="28"/>
              </w:rPr>
            </w:pPr>
          </w:p>
          <w:p w14:paraId="726902EA" w14:textId="21DA4252" w:rsidR="00CC6BCF" w:rsidRPr="00CB719F" w:rsidRDefault="00CC6BCF" w:rsidP="004878B9">
            <w:pPr>
              <w:spacing w:before="80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 xml:space="preserve">We ask: </w:t>
            </w:r>
            <w:r w:rsidRPr="00CB719F">
              <w:rPr>
                <w:color w:val="000000" w:themeColor="text1"/>
                <w:sz w:val="28"/>
                <w:szCs w:val="28"/>
              </w:rPr>
              <w:t>Do not cut community support for everyone. Look at what each person needs.</w:t>
            </w:r>
          </w:p>
          <w:p w14:paraId="156735F3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22633823" w14:textId="77777777" w:rsidTr="00FC11FE">
        <w:tc>
          <w:tcPr>
            <w:tcW w:w="2965" w:type="dxa"/>
            <w:gridSpan w:val="2"/>
          </w:tcPr>
          <w:p w14:paraId="723D489F" w14:textId="77777777" w:rsidR="00CC6BCF" w:rsidRPr="00CB719F" w:rsidRDefault="0035645D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49" behindDoc="0" locked="0" layoutInCell="1" allowOverlap="1" wp14:anchorId="79A55AD9" wp14:editId="1C191405">
                  <wp:simplePos x="0" y="0"/>
                  <wp:positionH relativeFrom="column">
                    <wp:posOffset>12466</wp:posOffset>
                  </wp:positionH>
                  <wp:positionV relativeFrom="page">
                    <wp:posOffset>73058</wp:posOffset>
                  </wp:positionV>
                  <wp:extent cx="1576137" cy="1576137"/>
                  <wp:effectExtent l="0" t="0" r="0" b="0"/>
                  <wp:wrapNone/>
                  <wp:docPr id="455467250" name="Picture 1" descr="Two people engaged in a conversation, with one person taking notes.  A purple curved banner labeled &quot;Assessment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467250" name="Picture 1" descr="Two people engaged in a conversation, with one person taking notes.  A purple curved banner labeled &quot;Assessment&quot; 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82" cy="15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452B7" w14:textId="6C5F9F87" w:rsidR="002628BF" w:rsidRPr="00CB719F" w:rsidRDefault="00A90762" w:rsidP="002628BF">
            <w:pPr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50" behindDoc="0" locked="0" layoutInCell="1" allowOverlap="1" wp14:anchorId="2B77E60C" wp14:editId="39A20041">
                  <wp:simplePos x="0" y="0"/>
                  <wp:positionH relativeFrom="column">
                    <wp:posOffset>-144780</wp:posOffset>
                  </wp:positionH>
                  <wp:positionV relativeFrom="page">
                    <wp:posOffset>1784350</wp:posOffset>
                  </wp:positionV>
                  <wp:extent cx="1955800" cy="1955800"/>
                  <wp:effectExtent l="0" t="0" r="0" b="0"/>
                  <wp:wrapNone/>
                  <wp:docPr id="218228789" name="Picture 1" descr="Two people sitting on chairs engaged in conversation using sign languag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28789" name="Picture 1" descr="Two people sitting on chairs engaged in conversation using sign language. &#10;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5" w:type="dxa"/>
          </w:tcPr>
          <w:p w14:paraId="17D812DB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Assessments must be fair</w:t>
            </w:r>
          </w:p>
          <w:p w14:paraId="5758273C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 Bill talks about new assessments.</w:t>
            </w:r>
          </w:p>
          <w:p w14:paraId="6BE6142B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Assessments must understand real life.</w:t>
            </w:r>
          </w:p>
          <w:p w14:paraId="74A09A9F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Some people:</w:t>
            </w:r>
          </w:p>
          <w:p w14:paraId="5058C045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need help to explain their needs</w:t>
            </w:r>
          </w:p>
          <w:p w14:paraId="77D4F04E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have good days and bad days</w:t>
            </w:r>
          </w:p>
          <w:p w14:paraId="3F13C6FD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use different ways to communicate</w:t>
            </w:r>
          </w:p>
          <w:p w14:paraId="74C5ABE7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feel scared in meetings</w:t>
            </w:r>
          </w:p>
          <w:p w14:paraId="5E60AE82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say they are okay when they are not okay</w:t>
            </w:r>
          </w:p>
          <w:p w14:paraId="3E139927" w14:textId="77777777" w:rsidR="00CC6BC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need someone they trust with them</w:t>
            </w:r>
          </w:p>
          <w:p w14:paraId="4A24C5B3" w14:textId="77777777" w:rsidR="000526D9" w:rsidRPr="00CB719F" w:rsidRDefault="000526D9" w:rsidP="000526D9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/>
              <w:rPr>
                <w:color w:val="000000" w:themeColor="text1"/>
                <w:sz w:val="28"/>
                <w:szCs w:val="28"/>
              </w:rPr>
            </w:pPr>
          </w:p>
          <w:p w14:paraId="10E7448A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Assessments must listen to the person.</w:t>
            </w:r>
          </w:p>
          <w:p w14:paraId="133D0DAB" w14:textId="77777777" w:rsidR="00CC6BC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Assessments must also listen to people the person trusts.</w:t>
            </w:r>
          </w:p>
          <w:p w14:paraId="35356AE3" w14:textId="77777777" w:rsidR="000526D9" w:rsidRPr="00CB719F" w:rsidRDefault="000526D9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14:paraId="2842210E" w14:textId="77777777" w:rsidR="00CC6BCF" w:rsidRPr="00CB719F" w:rsidRDefault="00CC6BCF" w:rsidP="000526D9">
            <w:pPr>
              <w:spacing w:before="80"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 xml:space="preserve">We ask: </w:t>
            </w:r>
            <w:r w:rsidRPr="00CB719F">
              <w:rPr>
                <w:color w:val="000000" w:themeColor="text1"/>
                <w:sz w:val="28"/>
                <w:szCs w:val="28"/>
              </w:rPr>
              <w:t>No one should lose NDIS support because of an unfair assessment.</w:t>
            </w:r>
          </w:p>
          <w:p w14:paraId="021608FB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1208A5C8" w14:textId="77777777" w:rsidTr="00FC11FE">
        <w:tc>
          <w:tcPr>
            <w:tcW w:w="2965" w:type="dxa"/>
            <w:gridSpan w:val="2"/>
          </w:tcPr>
          <w:p w14:paraId="5F77DF2F" w14:textId="54CF8D12" w:rsidR="00CC6BCF" w:rsidRPr="00CB719F" w:rsidRDefault="0006174C">
            <w:pPr>
              <w:pStyle w:val="Heading1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</w:rPr>
              <w:lastRenderedPageBreak/>
              <w:drawing>
                <wp:anchor distT="0" distB="0" distL="114300" distR="114300" simplePos="0" relativeHeight="251659281" behindDoc="0" locked="0" layoutInCell="1" allowOverlap="1" wp14:anchorId="41993CAF" wp14:editId="3F5D5E1C">
                  <wp:simplePos x="0" y="0"/>
                  <wp:positionH relativeFrom="column">
                    <wp:posOffset>12499</wp:posOffset>
                  </wp:positionH>
                  <wp:positionV relativeFrom="paragraph">
                    <wp:posOffset>85190</wp:posOffset>
                  </wp:positionV>
                  <wp:extent cx="1696452" cy="1696452"/>
                  <wp:effectExtent l="0" t="0" r="0" b="5715"/>
                  <wp:wrapNone/>
                  <wp:docPr id="1305699518" name="Picture 2" descr="Man pointing with coloured squares behind containing question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99518" name="Picture 2" descr="Man pointing with coloured squares behind containing question mark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52" cy="169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D5DF9" w14:textId="134FB48C" w:rsidR="008628DE" w:rsidRPr="00CB719F" w:rsidRDefault="008628DE" w:rsidP="008628DE">
            <w:pPr>
              <w:rPr>
                <w:color w:val="000000" w:themeColor="text1"/>
              </w:rPr>
            </w:pPr>
          </w:p>
        </w:tc>
        <w:tc>
          <w:tcPr>
            <w:tcW w:w="7105" w:type="dxa"/>
          </w:tcPr>
          <w:p w14:paraId="6CB3FBB4" w14:textId="213DDC3E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Choice and control must stay</w:t>
            </w:r>
          </w:p>
          <w:p w14:paraId="4FCC1ACE" w14:textId="70C89A13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 NDIS should let people choose.</w:t>
            </w:r>
          </w:p>
          <w:p w14:paraId="642D38C2" w14:textId="0F87D4B3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People should be able to choose:</w:t>
            </w:r>
          </w:p>
          <w:p w14:paraId="35E76835" w14:textId="67B639AD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workers</w:t>
            </w:r>
          </w:p>
          <w:p w14:paraId="09958B27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providers</w:t>
            </w:r>
          </w:p>
          <w:p w14:paraId="49081F19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support coordinator</w:t>
            </w:r>
          </w:p>
          <w:p w14:paraId="579DEA4E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plan manager</w:t>
            </w:r>
          </w:p>
          <w:p w14:paraId="6032A593" w14:textId="77777777" w:rsidR="00CC6BCF" w:rsidRPr="00CB719F" w:rsidRDefault="00CC6BCF" w:rsidP="000526D9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how they use their support</w:t>
            </w:r>
          </w:p>
          <w:p w14:paraId="1206E02E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Trust is very important.</w:t>
            </w:r>
          </w:p>
          <w:p w14:paraId="2CD30E24" w14:textId="77777777" w:rsidR="00CC6BCF" w:rsidRPr="00CB719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Some people have worked hard to find workers they trust.</w:t>
            </w:r>
          </w:p>
          <w:p w14:paraId="37D25538" w14:textId="77777777" w:rsidR="00CC6BCF" w:rsidRDefault="00CC6BCF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New rules must not take this away.</w:t>
            </w:r>
          </w:p>
          <w:p w14:paraId="3C5C60F9" w14:textId="77777777" w:rsidR="000526D9" w:rsidRPr="00CB719F" w:rsidRDefault="000526D9" w:rsidP="000526D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14:paraId="1B1C0C87" w14:textId="77777777" w:rsidR="00CC6BCF" w:rsidRPr="00CB719F" w:rsidRDefault="00CC6BCF" w:rsidP="00CC6C43">
            <w:pPr>
              <w:spacing w:before="80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 xml:space="preserve">We ask: </w:t>
            </w:r>
            <w:r w:rsidRPr="00CB719F">
              <w:rPr>
                <w:color w:val="000000" w:themeColor="text1"/>
                <w:sz w:val="28"/>
                <w:szCs w:val="28"/>
              </w:rPr>
              <w:t>Keep real choice and control in the NDIS.</w:t>
            </w:r>
          </w:p>
          <w:p w14:paraId="25BB0056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56AAE5F3" w14:textId="77777777" w:rsidTr="00FC11FE">
        <w:tc>
          <w:tcPr>
            <w:tcW w:w="2965" w:type="dxa"/>
            <w:gridSpan w:val="2"/>
          </w:tcPr>
          <w:p w14:paraId="5567069C" w14:textId="77777777" w:rsidR="00CC6BCF" w:rsidRPr="00CB719F" w:rsidRDefault="00B11ABC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55" behindDoc="0" locked="0" layoutInCell="1" allowOverlap="1" wp14:anchorId="2718B1CC" wp14:editId="6CE12F3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97790</wp:posOffset>
                  </wp:positionV>
                  <wp:extent cx="1651000" cy="1651000"/>
                  <wp:effectExtent l="0" t="0" r="0" b="0"/>
                  <wp:wrapNone/>
                  <wp:docPr id="2062755959" name="Picture 1" descr="Woman stands in front of Board bwith Plan A or Plan B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755959" name="Picture 1" descr="Woman stands in front of Board bwith Plan A or Plan B&#10;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B8A1D" w14:textId="77777777" w:rsidR="00D603B3" w:rsidRPr="00CB719F" w:rsidRDefault="00D603B3" w:rsidP="00D603B3">
            <w:pPr>
              <w:rPr>
                <w:color w:val="000000" w:themeColor="text1"/>
              </w:rPr>
            </w:pPr>
          </w:p>
          <w:p w14:paraId="70CCA885" w14:textId="4AB4438D" w:rsidR="00D603B3" w:rsidRPr="00CB719F" w:rsidRDefault="00D603B3" w:rsidP="00D603B3">
            <w:pPr>
              <w:rPr>
                <w:color w:val="000000" w:themeColor="text1"/>
              </w:rPr>
            </w:pPr>
          </w:p>
        </w:tc>
        <w:tc>
          <w:tcPr>
            <w:tcW w:w="7105" w:type="dxa"/>
          </w:tcPr>
          <w:p w14:paraId="33048050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People need help when life changes</w:t>
            </w:r>
          </w:p>
          <w:p w14:paraId="4EBB52DB" w14:textId="77777777" w:rsidR="00CC6BCF" w:rsidRPr="00CB719F" w:rsidRDefault="00CC6BCF" w:rsidP="0006174C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Life can change quickly.</w:t>
            </w:r>
          </w:p>
          <w:p w14:paraId="03667494" w14:textId="77777777" w:rsidR="00CC6BCF" w:rsidRPr="00CB719F" w:rsidRDefault="00CC6BCF" w:rsidP="0006174C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 person may need more support if:</w:t>
            </w:r>
          </w:p>
          <w:p w14:paraId="0C92FD27" w14:textId="77777777" w:rsidR="00CC6BCF" w:rsidRPr="00CB719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carer gets sick</w:t>
            </w:r>
          </w:p>
          <w:p w14:paraId="7E067B29" w14:textId="77777777" w:rsidR="00CC6BCF" w:rsidRPr="00CB719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they leave hospital</w:t>
            </w:r>
          </w:p>
          <w:p w14:paraId="59AFC45C" w14:textId="77777777" w:rsidR="00CC6BCF" w:rsidRPr="00CB719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they move house</w:t>
            </w:r>
          </w:p>
          <w:p w14:paraId="470CEFFD" w14:textId="77777777" w:rsidR="00CC6BCF" w:rsidRPr="00CB719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they are unsafe at home</w:t>
            </w:r>
          </w:p>
          <w:p w14:paraId="565F8C55" w14:textId="77777777" w:rsidR="00CC6BCF" w:rsidRPr="00CB719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mental health gets worse</w:t>
            </w:r>
          </w:p>
          <w:p w14:paraId="2A978766" w14:textId="77777777" w:rsidR="00CC6BCF" w:rsidRDefault="00CC6BCF" w:rsidP="0006174C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their provider stops helping them</w:t>
            </w:r>
          </w:p>
          <w:p w14:paraId="3D85A268" w14:textId="77777777" w:rsidR="00553723" w:rsidRPr="00CB719F" w:rsidRDefault="00553723" w:rsidP="00553723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/>
              <w:rPr>
                <w:color w:val="000000" w:themeColor="text1"/>
                <w:sz w:val="28"/>
                <w:szCs w:val="28"/>
              </w:rPr>
            </w:pPr>
          </w:p>
          <w:p w14:paraId="12322AD3" w14:textId="77777777" w:rsidR="00CC6BCF" w:rsidRDefault="00CC6BCF" w:rsidP="0006174C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People should not have to wait too long for help.</w:t>
            </w:r>
          </w:p>
          <w:p w14:paraId="46AD3BDE" w14:textId="77777777" w:rsidR="0006174C" w:rsidRPr="00CB719F" w:rsidRDefault="0006174C" w:rsidP="0006174C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14:paraId="29A1A12B" w14:textId="77777777" w:rsidR="00CC6BCF" w:rsidRPr="00CB719F" w:rsidRDefault="00CC6BCF" w:rsidP="0006174C">
            <w:pPr>
              <w:spacing w:before="80"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 xml:space="preserve">We ask: </w:t>
            </w:r>
            <w:r w:rsidRPr="00CB719F">
              <w:rPr>
                <w:color w:val="000000" w:themeColor="text1"/>
                <w:sz w:val="28"/>
                <w:szCs w:val="28"/>
              </w:rPr>
              <w:t>Make sure people can get urgent plan changes when they need them.</w:t>
            </w:r>
          </w:p>
          <w:p w14:paraId="057C1DB9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  <w:p w14:paraId="0E0471DE" w14:textId="77777777" w:rsidR="00FC11FE" w:rsidRPr="00CB719F" w:rsidRDefault="00FC11FE" w:rsidP="00FC11FE">
            <w:pPr>
              <w:rPr>
                <w:color w:val="000000" w:themeColor="text1"/>
              </w:rPr>
            </w:pPr>
          </w:p>
          <w:p w14:paraId="65EBA961" w14:textId="77777777" w:rsidR="00FC11FE" w:rsidRPr="00CB719F" w:rsidRDefault="00FC11FE" w:rsidP="00FC11FE">
            <w:pPr>
              <w:rPr>
                <w:color w:val="000000" w:themeColor="text1"/>
              </w:rPr>
            </w:pPr>
          </w:p>
          <w:p w14:paraId="7669DF5D" w14:textId="77777777" w:rsidR="00FC11FE" w:rsidRPr="00CB719F" w:rsidRDefault="00FC11FE" w:rsidP="00FC11FE">
            <w:pPr>
              <w:rPr>
                <w:color w:val="000000" w:themeColor="text1"/>
              </w:rPr>
            </w:pPr>
          </w:p>
        </w:tc>
      </w:tr>
      <w:tr w:rsidR="00CC6BCF" w:rsidRPr="00CB719F" w14:paraId="68488926" w14:textId="77777777" w:rsidTr="00FC11FE">
        <w:tc>
          <w:tcPr>
            <w:tcW w:w="2965" w:type="dxa"/>
            <w:gridSpan w:val="2"/>
          </w:tcPr>
          <w:p w14:paraId="75447C28" w14:textId="73151799" w:rsidR="00CC6BCF" w:rsidRPr="00CB719F" w:rsidRDefault="00276573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B37414C" wp14:editId="05A620A1">
                  <wp:extent cx="1676400" cy="1676400"/>
                  <wp:effectExtent l="0" t="0" r="0" b="0"/>
                  <wp:docPr id="299266623" name="Picture 1" descr="Group of people with the text People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266623" name="Picture 1" descr="Group of people with the text People 1s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49D45ED4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Advocacy must be funded</w:t>
            </w:r>
          </w:p>
          <w:p w14:paraId="7346C6E0" w14:textId="77777777" w:rsidR="00CC6BCF" w:rsidRPr="00CB719F" w:rsidRDefault="00CC6BCF" w:rsidP="0055372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Many people need support to speak up.</w:t>
            </w:r>
          </w:p>
          <w:p w14:paraId="7D4873BC" w14:textId="77777777" w:rsidR="00CC6BCF" w:rsidRPr="00CB719F" w:rsidRDefault="00CC6BCF" w:rsidP="0055372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8"/>
                <w:szCs w:val="28"/>
              </w:rPr>
              <w:t xml:space="preserve"> groups help people:</w:t>
            </w:r>
          </w:p>
          <w:p w14:paraId="5F8CF6F2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understand changes</w:t>
            </w:r>
          </w:p>
          <w:p w14:paraId="3DEA814C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know their rights</w:t>
            </w:r>
          </w:p>
          <w:p w14:paraId="686F2336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speak up at meetings</w:t>
            </w:r>
          </w:p>
          <w:p w14:paraId="0AA6D052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make complaints</w:t>
            </w:r>
          </w:p>
          <w:p w14:paraId="3C929D60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ask for reviews</w:t>
            </w:r>
          </w:p>
          <w:p w14:paraId="5FAC3F91" w14:textId="77777777" w:rsidR="00CC6BC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stay connected to other people</w:t>
            </w:r>
          </w:p>
          <w:p w14:paraId="553C0BB1" w14:textId="77777777" w:rsidR="00553723" w:rsidRPr="00CB719F" w:rsidRDefault="00553723" w:rsidP="00553723">
            <w:pPr>
              <w:pStyle w:val="ListBullet"/>
              <w:numPr>
                <w:ilvl w:val="0"/>
                <w:numId w:val="0"/>
              </w:numPr>
              <w:spacing w:after="80" w:line="276" w:lineRule="auto"/>
              <w:ind w:left="360"/>
              <w:rPr>
                <w:color w:val="000000" w:themeColor="text1"/>
                <w:sz w:val="28"/>
                <w:szCs w:val="28"/>
              </w:rPr>
            </w:pPr>
          </w:p>
          <w:p w14:paraId="6E0F99C1" w14:textId="77777777" w:rsidR="00CC6BCF" w:rsidRDefault="00CC6BCF" w:rsidP="0055372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If the NDIS changes, people will need more advocacy support, not less.</w:t>
            </w:r>
          </w:p>
          <w:p w14:paraId="491F9481" w14:textId="77777777" w:rsidR="00553723" w:rsidRPr="00CB719F" w:rsidRDefault="00553723" w:rsidP="0055372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14:paraId="678A7985" w14:textId="77777777" w:rsidR="00CC6BCF" w:rsidRPr="00CB719F" w:rsidRDefault="00CC6BCF" w:rsidP="00553723">
            <w:pPr>
              <w:spacing w:before="80"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b/>
                <w:color w:val="000000" w:themeColor="text1"/>
                <w:sz w:val="28"/>
                <w:szCs w:val="28"/>
              </w:rPr>
              <w:t xml:space="preserve">We ask: </w:t>
            </w:r>
            <w:r w:rsidRPr="00CB719F">
              <w:rPr>
                <w:color w:val="000000" w:themeColor="text1"/>
                <w:sz w:val="28"/>
                <w:szCs w:val="28"/>
              </w:rPr>
              <w:t xml:space="preserve">Fund independent advocacy and </w:t>
            </w: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  <w:r w:rsidRPr="00CB719F">
              <w:rPr>
                <w:color w:val="000000" w:themeColor="text1"/>
                <w:sz w:val="28"/>
                <w:szCs w:val="28"/>
              </w:rPr>
              <w:t xml:space="preserve"> groups properly.</w:t>
            </w:r>
          </w:p>
          <w:p w14:paraId="5F5C0569" w14:textId="77777777" w:rsidR="00CC6BCF" w:rsidRPr="00CB719F" w:rsidRDefault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02B0D219" w14:textId="77777777" w:rsidTr="00FC11FE">
        <w:tc>
          <w:tcPr>
            <w:tcW w:w="2965" w:type="dxa"/>
            <w:gridSpan w:val="2"/>
          </w:tcPr>
          <w:p w14:paraId="09F1DEFD" w14:textId="32563292" w:rsidR="00CC6BCF" w:rsidRPr="00CB719F" w:rsidRDefault="008C01A6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51" behindDoc="0" locked="0" layoutInCell="1" allowOverlap="1" wp14:anchorId="2FDEE448" wp14:editId="2E37B59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108585</wp:posOffset>
                  </wp:positionV>
                  <wp:extent cx="1663700" cy="1663700"/>
                  <wp:effectExtent l="0" t="0" r="0" b="0"/>
                  <wp:wrapNone/>
                  <wp:docPr id="1912507141" name="Picture 1" descr="Page with 1, 2, 3 lis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507141" name="Picture 1" descr="Page with 1, 2, 3 lis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5" w:type="dxa"/>
          </w:tcPr>
          <w:p w14:paraId="5D791074" w14:textId="29792950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 xml:space="preserve">What we want the </w:t>
            </w:r>
            <w:r w:rsidR="00C40381" w:rsidRPr="00CB719F">
              <w:rPr>
                <w:color w:val="000000" w:themeColor="text1"/>
              </w:rPr>
              <w:t xml:space="preserve">Senate </w:t>
            </w:r>
            <w:r w:rsidRPr="00CB719F">
              <w:rPr>
                <w:color w:val="000000" w:themeColor="text1"/>
              </w:rPr>
              <w:t>Committee to do</w:t>
            </w:r>
          </w:p>
          <w:p w14:paraId="087928D5" w14:textId="65FAEE96" w:rsidR="00CC6BCF" w:rsidRPr="00CB719F" w:rsidRDefault="00CC6BCF" w:rsidP="0055372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We ask the </w:t>
            </w:r>
            <w:r w:rsidR="00C40381" w:rsidRPr="00CB719F">
              <w:rPr>
                <w:color w:val="000000" w:themeColor="text1"/>
                <w:sz w:val="28"/>
                <w:szCs w:val="28"/>
              </w:rPr>
              <w:t xml:space="preserve">Senate </w:t>
            </w:r>
            <w:r w:rsidRPr="00CB719F">
              <w:rPr>
                <w:color w:val="000000" w:themeColor="text1"/>
                <w:sz w:val="28"/>
                <w:szCs w:val="28"/>
              </w:rPr>
              <w:t>Committee to make sure the Bill:</w:t>
            </w:r>
          </w:p>
          <w:p w14:paraId="2B201C11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protects choice and control</w:t>
            </w:r>
          </w:p>
          <w:p w14:paraId="09E183DB" w14:textId="79227574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protects </w:t>
            </w:r>
            <w:r w:rsidR="00C40381" w:rsidRPr="00CB719F">
              <w:rPr>
                <w:color w:val="000000" w:themeColor="text1"/>
                <w:sz w:val="28"/>
                <w:szCs w:val="28"/>
              </w:rPr>
              <w:t xml:space="preserve">social and </w:t>
            </w:r>
            <w:r w:rsidRPr="00CB719F">
              <w:rPr>
                <w:color w:val="000000" w:themeColor="text1"/>
                <w:sz w:val="28"/>
                <w:szCs w:val="28"/>
              </w:rPr>
              <w:t>community support</w:t>
            </w:r>
          </w:p>
          <w:p w14:paraId="2B8C2D92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makes assessments fair</w:t>
            </w:r>
          </w:p>
          <w:p w14:paraId="3BBCF8AE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CB719F">
              <w:rPr>
                <w:color w:val="000000" w:themeColor="text1"/>
                <w:sz w:val="28"/>
                <w:szCs w:val="28"/>
              </w:rPr>
              <w:t>lets</w:t>
            </w:r>
            <w:proofErr w:type="spellEnd"/>
            <w:proofErr w:type="gramEnd"/>
            <w:r w:rsidRPr="00CB719F">
              <w:rPr>
                <w:color w:val="000000" w:themeColor="text1"/>
                <w:sz w:val="28"/>
                <w:szCs w:val="28"/>
              </w:rPr>
              <w:t xml:space="preserve"> people get plan changes when life changes</w:t>
            </w:r>
          </w:p>
          <w:p w14:paraId="5B9CFF5B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 xml:space="preserve">funds advocacy and </w:t>
            </w:r>
            <w:proofErr w:type="spellStart"/>
            <w:r w:rsidRPr="00CB719F">
              <w:rPr>
                <w:color w:val="000000" w:themeColor="text1"/>
                <w:sz w:val="28"/>
                <w:szCs w:val="28"/>
              </w:rPr>
              <w:t>self advocacy</w:t>
            </w:r>
            <w:proofErr w:type="spellEnd"/>
          </w:p>
          <w:p w14:paraId="30FD1F39" w14:textId="77777777" w:rsidR="00CC6BCF" w:rsidRPr="00CB719F" w:rsidRDefault="00CC6BCF" w:rsidP="00553723">
            <w:pPr>
              <w:pStyle w:val="ListBullet"/>
              <w:spacing w:after="80" w:line="276" w:lineRule="auto"/>
              <w:ind w:hanging="216"/>
              <w:rPr>
                <w:color w:val="000000" w:themeColor="text1"/>
                <w:sz w:val="28"/>
                <w:szCs w:val="28"/>
              </w:rPr>
            </w:pPr>
            <w:r w:rsidRPr="00CB719F">
              <w:rPr>
                <w:color w:val="000000" w:themeColor="text1"/>
                <w:sz w:val="28"/>
                <w:szCs w:val="28"/>
              </w:rPr>
              <w:t>listens to people with disability before changes happen</w:t>
            </w:r>
          </w:p>
          <w:p w14:paraId="1F044AA8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</w:p>
        </w:tc>
      </w:tr>
      <w:tr w:rsidR="00CC6BCF" w:rsidRPr="00CB719F" w14:paraId="23DB0AC8" w14:textId="77777777" w:rsidTr="00FC11FE">
        <w:tc>
          <w:tcPr>
            <w:tcW w:w="2965" w:type="dxa"/>
            <w:gridSpan w:val="2"/>
          </w:tcPr>
          <w:p w14:paraId="400E7504" w14:textId="15147FD7" w:rsidR="002A78AA" w:rsidRPr="00CB719F" w:rsidRDefault="003124D2">
            <w:pPr>
              <w:pStyle w:val="Heading1"/>
              <w:rPr>
                <w:noProof/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01B43CE7" wp14:editId="47FCA94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110490</wp:posOffset>
                  </wp:positionV>
                  <wp:extent cx="1498600" cy="1498600"/>
                  <wp:effectExtent l="0" t="0" r="0" b="0"/>
                  <wp:wrapNone/>
                  <wp:docPr id="1243594853" name="Picture 1" descr="Man with a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94853" name="Picture 1" descr="Man with a speech bubbl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78AA" w:rsidRPr="00CB719F">
              <w:rPr>
                <w:noProof/>
                <w:color w:val="000000" w:themeColor="text1"/>
              </w:rPr>
              <w:t xml:space="preserve"> </w:t>
            </w:r>
          </w:p>
          <w:p w14:paraId="00EDB946" w14:textId="4E7905F7" w:rsidR="00CC6BCF" w:rsidRPr="00CB719F" w:rsidRDefault="00FC11FE">
            <w:pPr>
              <w:pStyle w:val="Heading1"/>
              <w:rPr>
                <w:color w:val="000000" w:themeColor="text1"/>
              </w:rPr>
            </w:pPr>
            <w:r w:rsidRPr="00CB719F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52" behindDoc="0" locked="0" layoutInCell="1" allowOverlap="1" wp14:anchorId="1906372C" wp14:editId="0D30938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1282065</wp:posOffset>
                  </wp:positionV>
                  <wp:extent cx="1638300" cy="1638300"/>
                  <wp:effectExtent l="0" t="0" r="0" b="0"/>
                  <wp:wrapNone/>
                  <wp:docPr id="225142663" name="Picture 1" descr="Group of people h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42663" name="Picture 1" descr="Group of people huggi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5" w:type="dxa"/>
          </w:tcPr>
          <w:p w14:paraId="10CF575D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  <w:r w:rsidRPr="00CB719F">
              <w:rPr>
                <w:color w:val="000000" w:themeColor="text1"/>
              </w:rPr>
              <w:t>Final message</w:t>
            </w:r>
          </w:p>
          <w:p w14:paraId="7D573DBC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The NDIS helps people with disability live our lives.</w:t>
            </w:r>
          </w:p>
          <w:p w14:paraId="16E842EB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It helps us be part of the community.</w:t>
            </w:r>
          </w:p>
          <w:p w14:paraId="675C0151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It helps us speak up.</w:t>
            </w:r>
          </w:p>
          <w:p w14:paraId="7BFCE373" w14:textId="77777777" w:rsidR="003124D2" w:rsidRPr="004278C1" w:rsidRDefault="003124D2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  <w:p w14:paraId="4FAB795C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It helps us be safe.</w:t>
            </w:r>
          </w:p>
          <w:p w14:paraId="005B9EB5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Do not change the NDIS without us.</w:t>
            </w:r>
          </w:p>
          <w:p w14:paraId="55E448E3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 xml:space="preserve">Listen to </w:t>
            </w:r>
            <w:proofErr w:type="spellStart"/>
            <w:r w:rsidRPr="004278C1">
              <w:rPr>
                <w:color w:val="000000" w:themeColor="text1"/>
                <w:sz w:val="28"/>
                <w:szCs w:val="28"/>
              </w:rPr>
              <w:t>self advocates</w:t>
            </w:r>
            <w:proofErr w:type="spellEnd"/>
            <w:r w:rsidRPr="004278C1">
              <w:rPr>
                <w:color w:val="000000" w:themeColor="text1"/>
                <w:sz w:val="28"/>
                <w:szCs w:val="28"/>
              </w:rPr>
              <w:t>.</w:t>
            </w:r>
          </w:p>
          <w:p w14:paraId="31CD2314" w14:textId="77777777" w:rsidR="00CC6BCF" w:rsidRPr="004278C1" w:rsidRDefault="00CC6BCF" w:rsidP="004278C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4278C1">
              <w:rPr>
                <w:color w:val="000000" w:themeColor="text1"/>
                <w:sz w:val="28"/>
                <w:szCs w:val="28"/>
              </w:rPr>
              <w:t>Protect our rights.</w:t>
            </w:r>
          </w:p>
          <w:p w14:paraId="1BFC7C4F" w14:textId="77777777" w:rsidR="00CC6BCF" w:rsidRPr="00CB719F" w:rsidRDefault="00CC6BCF" w:rsidP="00CC6BCF">
            <w:pPr>
              <w:pStyle w:val="Heading1"/>
              <w:rPr>
                <w:color w:val="000000" w:themeColor="text1"/>
              </w:rPr>
            </w:pPr>
          </w:p>
          <w:p w14:paraId="00830D13" w14:textId="77777777" w:rsidR="00FC11FE" w:rsidRPr="00CB719F" w:rsidRDefault="00FC11FE" w:rsidP="00FC11FE">
            <w:pPr>
              <w:rPr>
                <w:color w:val="000000" w:themeColor="text1"/>
              </w:rPr>
            </w:pPr>
          </w:p>
          <w:p w14:paraId="3AE95127" w14:textId="77777777" w:rsidR="00FC11FE" w:rsidRPr="00CB719F" w:rsidRDefault="00FC11FE" w:rsidP="00FC11FE">
            <w:pPr>
              <w:rPr>
                <w:color w:val="000000" w:themeColor="text1"/>
              </w:rPr>
            </w:pPr>
          </w:p>
        </w:tc>
      </w:tr>
    </w:tbl>
    <w:p w14:paraId="4D064EE5" w14:textId="77777777" w:rsidR="00B6222D" w:rsidRPr="00CB719F" w:rsidRDefault="00B6222D">
      <w:pPr>
        <w:rPr>
          <w:color w:val="000000" w:themeColor="text1"/>
        </w:rPr>
      </w:pPr>
    </w:p>
    <w:p w14:paraId="060D787E" w14:textId="77777777" w:rsidR="00B6222D" w:rsidRPr="00CB719F" w:rsidRDefault="00C5031D">
      <w:pPr>
        <w:rPr>
          <w:color w:val="000000" w:themeColor="text1"/>
        </w:rPr>
      </w:pPr>
      <w:r w:rsidRPr="00CB719F">
        <w:rPr>
          <w:color w:val="000000" w:themeColor="text1"/>
        </w:rPr>
        <w:t>Signed: [Name]</w:t>
      </w:r>
    </w:p>
    <w:p w14:paraId="4DD43052" w14:textId="77777777" w:rsidR="00B6222D" w:rsidRPr="00CB719F" w:rsidRDefault="00C5031D">
      <w:pPr>
        <w:rPr>
          <w:color w:val="000000" w:themeColor="text1"/>
        </w:rPr>
      </w:pPr>
      <w:r w:rsidRPr="00CB719F">
        <w:rPr>
          <w:color w:val="000000" w:themeColor="text1"/>
        </w:rPr>
        <w:t>Role: [Role]</w:t>
      </w:r>
    </w:p>
    <w:p w14:paraId="604E9C9E" w14:textId="77777777" w:rsidR="00B6222D" w:rsidRPr="00CB719F" w:rsidRDefault="00C5031D">
      <w:pPr>
        <w:rPr>
          <w:color w:val="000000" w:themeColor="text1"/>
        </w:rPr>
      </w:pPr>
      <w:r w:rsidRPr="00CB719F">
        <w:rPr>
          <w:color w:val="000000" w:themeColor="text1"/>
        </w:rPr>
        <w:t>Group: [Group name]</w:t>
      </w:r>
    </w:p>
    <w:p w14:paraId="55E5906B" w14:textId="26704001" w:rsidR="00B6222D" w:rsidRPr="00CB719F" w:rsidRDefault="00B6222D">
      <w:pPr>
        <w:rPr>
          <w:color w:val="000000" w:themeColor="text1"/>
        </w:rPr>
      </w:pPr>
    </w:p>
    <w:sectPr w:rsidR="00B6222D" w:rsidRPr="00CB719F" w:rsidSect="00034616">
      <w:pgSz w:w="12240" w:h="15840"/>
      <w:pgMar w:top="936" w:right="1080" w:bottom="93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E9F26E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1F270B"/>
    <w:multiLevelType w:val="hybridMultilevel"/>
    <w:tmpl w:val="34621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C1039"/>
    <w:multiLevelType w:val="multilevel"/>
    <w:tmpl w:val="2A3A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2633156">
    <w:abstractNumId w:val="5"/>
  </w:num>
  <w:num w:numId="2" w16cid:durableId="1126003670">
    <w:abstractNumId w:val="1"/>
  </w:num>
  <w:num w:numId="3" w16cid:durableId="1135297760">
    <w:abstractNumId w:val="2"/>
  </w:num>
  <w:num w:numId="4" w16cid:durableId="1350570811">
    <w:abstractNumId w:val="4"/>
  </w:num>
  <w:num w:numId="5" w16cid:durableId="1865434523">
    <w:abstractNumId w:val="3"/>
  </w:num>
  <w:num w:numId="6" w16cid:durableId="358820895">
    <w:abstractNumId w:val="8"/>
  </w:num>
  <w:num w:numId="7" w16cid:durableId="57632212">
    <w:abstractNumId w:val="6"/>
  </w:num>
  <w:num w:numId="8" w16cid:durableId="597297802">
    <w:abstractNumId w:val="0"/>
  </w:num>
  <w:num w:numId="9" w16cid:durableId="767045285">
    <w:abstractNumId w:val="7"/>
  </w:num>
  <w:num w:numId="10" w16cid:durableId="1484545303">
    <w:abstractNumId w:val="10"/>
  </w:num>
  <w:num w:numId="11" w16cid:durableId="16118151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7F7"/>
    <w:rsid w:val="000058A1"/>
    <w:rsid w:val="00006C43"/>
    <w:rsid w:val="000122C3"/>
    <w:rsid w:val="00034616"/>
    <w:rsid w:val="000376A9"/>
    <w:rsid w:val="00040878"/>
    <w:rsid w:val="00047DB5"/>
    <w:rsid w:val="000526D9"/>
    <w:rsid w:val="0006063C"/>
    <w:rsid w:val="0006174C"/>
    <w:rsid w:val="0006264B"/>
    <w:rsid w:val="00070A90"/>
    <w:rsid w:val="0007594F"/>
    <w:rsid w:val="000868A0"/>
    <w:rsid w:val="00086959"/>
    <w:rsid w:val="000C0380"/>
    <w:rsid w:val="000E5D03"/>
    <w:rsid w:val="000E6730"/>
    <w:rsid w:val="0010674A"/>
    <w:rsid w:val="001244A4"/>
    <w:rsid w:val="00125C84"/>
    <w:rsid w:val="00136D11"/>
    <w:rsid w:val="0015074B"/>
    <w:rsid w:val="001604CC"/>
    <w:rsid w:val="00183250"/>
    <w:rsid w:val="00185E24"/>
    <w:rsid w:val="001868AE"/>
    <w:rsid w:val="0019254A"/>
    <w:rsid w:val="00192CC8"/>
    <w:rsid w:val="001A29B8"/>
    <w:rsid w:val="001B0130"/>
    <w:rsid w:val="001D1890"/>
    <w:rsid w:val="00202206"/>
    <w:rsid w:val="002200A2"/>
    <w:rsid w:val="00222153"/>
    <w:rsid w:val="002455D8"/>
    <w:rsid w:val="002628BF"/>
    <w:rsid w:val="002713F4"/>
    <w:rsid w:val="00276573"/>
    <w:rsid w:val="00280D50"/>
    <w:rsid w:val="002823D6"/>
    <w:rsid w:val="00287831"/>
    <w:rsid w:val="0029019C"/>
    <w:rsid w:val="00293013"/>
    <w:rsid w:val="0029639D"/>
    <w:rsid w:val="002A0B17"/>
    <w:rsid w:val="002A6EBC"/>
    <w:rsid w:val="002A78AA"/>
    <w:rsid w:val="002C04A2"/>
    <w:rsid w:val="002D2502"/>
    <w:rsid w:val="002F0628"/>
    <w:rsid w:val="002F58C5"/>
    <w:rsid w:val="003124D2"/>
    <w:rsid w:val="00313220"/>
    <w:rsid w:val="00326F90"/>
    <w:rsid w:val="00334EA0"/>
    <w:rsid w:val="00335EFB"/>
    <w:rsid w:val="0035645D"/>
    <w:rsid w:val="00387442"/>
    <w:rsid w:val="00390B2E"/>
    <w:rsid w:val="00394391"/>
    <w:rsid w:val="00396469"/>
    <w:rsid w:val="003B6174"/>
    <w:rsid w:val="003D1B7A"/>
    <w:rsid w:val="003F06EC"/>
    <w:rsid w:val="003F1A81"/>
    <w:rsid w:val="00400D67"/>
    <w:rsid w:val="004059B1"/>
    <w:rsid w:val="00406BF1"/>
    <w:rsid w:val="004128C8"/>
    <w:rsid w:val="00422943"/>
    <w:rsid w:val="00423D34"/>
    <w:rsid w:val="004278C1"/>
    <w:rsid w:val="00433DD7"/>
    <w:rsid w:val="004420B1"/>
    <w:rsid w:val="00456A72"/>
    <w:rsid w:val="00485731"/>
    <w:rsid w:val="00485B6A"/>
    <w:rsid w:val="00486CF8"/>
    <w:rsid w:val="004878B9"/>
    <w:rsid w:val="004907B8"/>
    <w:rsid w:val="004C1924"/>
    <w:rsid w:val="004C4D0F"/>
    <w:rsid w:val="004E3430"/>
    <w:rsid w:val="004F20C6"/>
    <w:rsid w:val="004F308B"/>
    <w:rsid w:val="00553723"/>
    <w:rsid w:val="005709D2"/>
    <w:rsid w:val="00581277"/>
    <w:rsid w:val="00582688"/>
    <w:rsid w:val="005902B1"/>
    <w:rsid w:val="005A36FB"/>
    <w:rsid w:val="005A5971"/>
    <w:rsid w:val="005A709A"/>
    <w:rsid w:val="005B083F"/>
    <w:rsid w:val="005B49D9"/>
    <w:rsid w:val="005B4CB7"/>
    <w:rsid w:val="005C3D65"/>
    <w:rsid w:val="005D5319"/>
    <w:rsid w:val="005D5B4B"/>
    <w:rsid w:val="005E0C24"/>
    <w:rsid w:val="0061283B"/>
    <w:rsid w:val="00641D7B"/>
    <w:rsid w:val="0068285D"/>
    <w:rsid w:val="0069645C"/>
    <w:rsid w:val="006D7500"/>
    <w:rsid w:val="006F152B"/>
    <w:rsid w:val="006F1704"/>
    <w:rsid w:val="007063BF"/>
    <w:rsid w:val="00722728"/>
    <w:rsid w:val="00724115"/>
    <w:rsid w:val="007327D8"/>
    <w:rsid w:val="00733BD6"/>
    <w:rsid w:val="007509ED"/>
    <w:rsid w:val="00772286"/>
    <w:rsid w:val="00783736"/>
    <w:rsid w:val="00790D3C"/>
    <w:rsid w:val="00793906"/>
    <w:rsid w:val="0079798E"/>
    <w:rsid w:val="007B2994"/>
    <w:rsid w:val="007B34A2"/>
    <w:rsid w:val="007B6386"/>
    <w:rsid w:val="007C1128"/>
    <w:rsid w:val="007E6586"/>
    <w:rsid w:val="00802EA8"/>
    <w:rsid w:val="00812B4C"/>
    <w:rsid w:val="00817615"/>
    <w:rsid w:val="00846D58"/>
    <w:rsid w:val="008628DE"/>
    <w:rsid w:val="008739FC"/>
    <w:rsid w:val="00883294"/>
    <w:rsid w:val="00884B1C"/>
    <w:rsid w:val="00887320"/>
    <w:rsid w:val="00887715"/>
    <w:rsid w:val="008B2D4B"/>
    <w:rsid w:val="008C01A6"/>
    <w:rsid w:val="008C156E"/>
    <w:rsid w:val="008E6F05"/>
    <w:rsid w:val="008F2A4F"/>
    <w:rsid w:val="009774CA"/>
    <w:rsid w:val="009841AC"/>
    <w:rsid w:val="009A4316"/>
    <w:rsid w:val="009B75DF"/>
    <w:rsid w:val="009E43B6"/>
    <w:rsid w:val="009F3B2E"/>
    <w:rsid w:val="00A01136"/>
    <w:rsid w:val="00A026C9"/>
    <w:rsid w:val="00A027DE"/>
    <w:rsid w:val="00A16D63"/>
    <w:rsid w:val="00A25189"/>
    <w:rsid w:val="00A80F26"/>
    <w:rsid w:val="00A90762"/>
    <w:rsid w:val="00A927CE"/>
    <w:rsid w:val="00AA1D8D"/>
    <w:rsid w:val="00AA2543"/>
    <w:rsid w:val="00B06003"/>
    <w:rsid w:val="00B11ABC"/>
    <w:rsid w:val="00B35476"/>
    <w:rsid w:val="00B416E6"/>
    <w:rsid w:val="00B47730"/>
    <w:rsid w:val="00B51AEA"/>
    <w:rsid w:val="00B52902"/>
    <w:rsid w:val="00B6222D"/>
    <w:rsid w:val="00B73C83"/>
    <w:rsid w:val="00BA3F6B"/>
    <w:rsid w:val="00BA59CD"/>
    <w:rsid w:val="00BC29ED"/>
    <w:rsid w:val="00BE4234"/>
    <w:rsid w:val="00C04D5A"/>
    <w:rsid w:val="00C118C3"/>
    <w:rsid w:val="00C26287"/>
    <w:rsid w:val="00C40381"/>
    <w:rsid w:val="00C43246"/>
    <w:rsid w:val="00C5031D"/>
    <w:rsid w:val="00C52AD9"/>
    <w:rsid w:val="00C6799D"/>
    <w:rsid w:val="00C9188B"/>
    <w:rsid w:val="00CB0664"/>
    <w:rsid w:val="00CB719F"/>
    <w:rsid w:val="00CC3A75"/>
    <w:rsid w:val="00CC6BCF"/>
    <w:rsid w:val="00CC6C43"/>
    <w:rsid w:val="00CD0947"/>
    <w:rsid w:val="00CE764A"/>
    <w:rsid w:val="00CF4393"/>
    <w:rsid w:val="00D275E4"/>
    <w:rsid w:val="00D36319"/>
    <w:rsid w:val="00D471B8"/>
    <w:rsid w:val="00D56037"/>
    <w:rsid w:val="00D603B3"/>
    <w:rsid w:val="00D7380B"/>
    <w:rsid w:val="00D818F5"/>
    <w:rsid w:val="00D90502"/>
    <w:rsid w:val="00DA15D8"/>
    <w:rsid w:val="00DD1325"/>
    <w:rsid w:val="00DD5A90"/>
    <w:rsid w:val="00DD7796"/>
    <w:rsid w:val="00DE14A7"/>
    <w:rsid w:val="00DE7466"/>
    <w:rsid w:val="00E251C7"/>
    <w:rsid w:val="00E37808"/>
    <w:rsid w:val="00E857BA"/>
    <w:rsid w:val="00EC3380"/>
    <w:rsid w:val="00EF606F"/>
    <w:rsid w:val="00F1072F"/>
    <w:rsid w:val="00F35803"/>
    <w:rsid w:val="00F465BD"/>
    <w:rsid w:val="00F57339"/>
    <w:rsid w:val="00FA6B60"/>
    <w:rsid w:val="00FC11FE"/>
    <w:rsid w:val="00FC4489"/>
    <w:rsid w:val="00FC693F"/>
    <w:rsid w:val="00FC6B7A"/>
    <w:rsid w:val="00FD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A2C6C"/>
  <w14:defaultImageDpi w14:val="300"/>
  <w15:docId w15:val="{7674F0B6-834D-4DAB-A805-D2052F8B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200A2"/>
    <w:pPr>
      <w:spacing w:after="120"/>
    </w:pPr>
    <w:rPr>
      <w:rFonts w:ascii="Arial" w:eastAsia="Arial" w:hAnsi="Arial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color w:val="2F5496"/>
      <w:sz w:val="3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F5496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before="200" w:line="240" w:lineRule="auto"/>
      <w:contextualSpacing/>
    </w:pPr>
    <w:rPr>
      <w:rFonts w:asciiTheme="majorHAnsi" w:eastAsiaTheme="majorEastAsia" w:hAnsiTheme="majorHAnsi" w:cstheme="majorBidi"/>
      <w:b/>
      <w:color w:val="1F4E79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  <w:spacing w:before="200"/>
    </w:pPr>
    <w:rPr>
      <w:rFonts w:asciiTheme="majorHAnsi" w:eastAsiaTheme="majorEastAsia" w:hAnsiTheme="majorHAnsi" w:cstheme="majorBidi"/>
      <w:i/>
      <w:iCs/>
      <w:color w:val="595959"/>
      <w:spacing w:val="15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E8EBBB996DB47A337624F94F1FFC7" ma:contentTypeVersion="25" ma:contentTypeDescription="Create a new document." ma:contentTypeScope="" ma:versionID="22e14baede29b41c7c779a543d27e1fe">
  <xsd:schema xmlns:xsd="http://www.w3.org/2001/XMLSchema" xmlns:xs="http://www.w3.org/2001/XMLSchema" xmlns:p="http://schemas.microsoft.com/office/2006/metadata/properties" xmlns:ns2="556efc0a-87e0-423d-a808-41f60acde31c" xmlns:ns3="02726c10-34f2-49b5-8ce6-b6efaf8f9534" targetNamespace="http://schemas.microsoft.com/office/2006/metadata/properties" ma:root="true" ma:fieldsID="e45b2e9f91cde3dccf23e279ba5f2816" ns2:_="" ns3:_="">
    <xsd:import namespace="556efc0a-87e0-423d-a808-41f60acde31c"/>
    <xsd:import namespace="02726c10-34f2-49b5-8ce6-b6efaf8f9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itle0" minOccurs="0"/>
                <xsd:element ref="ns2:Datereceived" minOccurs="0"/>
                <xsd:element ref="ns2:Feedbackchannel" minOccurs="0"/>
                <xsd:element ref="ns2:Requiresfollowup" minOccurs="0"/>
                <xsd:element ref="ns2:Summary" minOccurs="0"/>
                <xsd:element ref="ns2:Notesoractionstaken" minOccurs="0"/>
                <xsd:element ref="ns2:Includescreensho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fc0a-87e0-423d-a808-41f60acde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9d012c-5cc6-4b8c-ac46-f71aa3c52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Title0" ma:index="26" nillable="true" ma:displayName="Title " ma:description="Use as a brief summary or just auto-fill with “Feedback”" ma:format="Dropdown" ma:internalName="Title0">
      <xsd:simpleType>
        <xsd:restriction base="dms:Text">
          <xsd:maxLength value="255"/>
        </xsd:restriction>
      </xsd:simpleType>
    </xsd:element>
    <xsd:element name="Datereceived" ma:index="27" nillable="true" ma:displayName="Date received" ma:description="Match your form's “Date feedback received”" ma:format="DateOnly" ma:internalName="Datereceived">
      <xsd:simpleType>
        <xsd:restriction base="dms:DateTime"/>
      </xsd:simpleType>
    </xsd:element>
    <xsd:element name="Feedbackchannel" ma:index="28" nillable="true" ma:displayName="Feedback channel" ma:description="Use the same options from the form (email, Facebook etc.)" ma:format="Dropdown" ma:internalName="Feedbackchannel">
      <xsd:simpleType>
        <xsd:restriction base="dms:Choice">
          <xsd:enumeration value="Service quality"/>
          <xsd:enumeration value="Accessibility "/>
          <xsd:enumeration value="Tech issues "/>
          <xsd:enumeration value="Staff interaction"/>
          <xsd:enumeration value="General compliment"/>
          <xsd:enumeration value="Suggestion "/>
          <xsd:enumeration value="Complaint"/>
          <xsd:enumeration value="Choice 8"/>
        </xsd:restriction>
      </xsd:simpleType>
    </xsd:element>
    <xsd:element name="Requiresfollowup" ma:index="29" nillable="true" ma:displayName="Requires follow up " ma:default="1" ma:format="Dropdown" ma:internalName="Requiresfollowup">
      <xsd:simpleType>
        <xsd:restriction base="dms:Boolean"/>
      </xsd:simpleType>
    </xsd:element>
    <xsd:element name="Summary" ma:index="30" nillable="true" ma:displayName="Summary" ma:format="Dropdown" ma:internalName="Summary">
      <xsd:simpleType>
        <xsd:restriction base="dms:Note">
          <xsd:maxLength value="255"/>
        </xsd:restriction>
      </xsd:simpleType>
    </xsd:element>
    <xsd:element name="Notesoractionstaken" ma:index="31" nillable="true" ma:displayName="Notes or actions taken" ma:format="Dropdown" ma:internalName="Notesoractionstaken">
      <xsd:simpleType>
        <xsd:restriction base="dms:Note">
          <xsd:maxLength value="255"/>
        </xsd:restriction>
      </xsd:simpleType>
    </xsd:element>
    <xsd:element name="Includescreenshots" ma:index="32" nillable="true" ma:displayName="Include screenshots" ma:format="Thumbnail" ma:internalName="Includescreenshot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26c10-34f2-49b5-8ce6-b6efaf8f95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077b758-15ac-4e95-9937-1589202fda94}" ma:internalName="TaxCatchAll" ma:showField="CatchAllData" ma:web="02726c10-34f2-49b5-8ce6-b6efaf8f9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efc0a-87e0-423d-a808-41f60acde31c">
      <Terms xmlns="http://schemas.microsoft.com/office/infopath/2007/PartnerControls"/>
    </lcf76f155ced4ddcb4097134ff3c332f>
    <TaxCatchAll xmlns="02726c10-34f2-49b5-8ce6-b6efaf8f9534" xsi:nil="true"/>
    <Datereceived xmlns="556efc0a-87e0-423d-a808-41f60acde31c" xsi:nil="true"/>
    <Summary xmlns="556efc0a-87e0-423d-a808-41f60acde31c" xsi:nil="true"/>
    <Notesoractionstaken xmlns="556efc0a-87e0-423d-a808-41f60acde31c" xsi:nil="true"/>
    <Title0 xmlns="556efc0a-87e0-423d-a808-41f60acde31c" xsi:nil="true"/>
    <Feedbackchannel xmlns="556efc0a-87e0-423d-a808-41f60acde31c" xsi:nil="true"/>
    <Includescreenshots xmlns="556efc0a-87e0-423d-a808-41f60acde31c" xsi:nil="true"/>
    <Requiresfollowup xmlns="556efc0a-87e0-423d-a808-41f60acde31c">true</Requiresfollowup>
  </documentManagement>
</p:properties>
</file>

<file path=customXml/itemProps1.xml><?xml version="1.0" encoding="utf-8"?>
<ds:datastoreItem xmlns:ds="http://schemas.openxmlformats.org/officeDocument/2006/customXml" ds:itemID="{F255FF1D-4B00-4375-93A9-C30422B43093}"/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AA36CD-42A3-405C-AB36-90CBD1D27E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E98EC9-50EE-4CD7-92A8-3918738F8E32}">
  <ds:schemaRefs>
    <ds:schemaRef ds:uri="http://schemas.microsoft.com/office/2006/metadata/properties"/>
    <ds:schemaRef ds:uri="http://schemas.microsoft.com/office/infopath/2007/PartnerControls"/>
    <ds:schemaRef ds:uri="650db16e-5763-43a6-9e35-95bb00a72e3e"/>
    <ds:schemaRef ds:uri="5389b783-ffb9-42ff-bcf8-5b316faaea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Kylie Rees</cp:lastModifiedBy>
  <cp:revision>2</cp:revision>
  <dcterms:created xsi:type="dcterms:W3CDTF">2026-05-26T05:09:00Z</dcterms:created>
  <dcterms:modified xsi:type="dcterms:W3CDTF">2026-05-26T05:09:00Z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0x010100442E8EBBB996DB47A337624F94F1FFC7</vt:lpwstr>
  </property>
  <property fmtid="{D5CDD505-2E9C-101B-9397-08002B2CF9AE}" pid="3" name="MediaServiceImageTags">
    <vt:lpwstr/>
  </property>
</Properties>
</file>